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F0D36" w14:textId="77777777" w:rsidR="007F76DA" w:rsidRPr="00D23342" w:rsidRDefault="003065F4">
      <w:pPr>
        <w:spacing w:after="60"/>
        <w:jc w:val="center"/>
      </w:pPr>
      <w:r w:rsidRPr="00D23342">
        <w:rPr>
          <w:rFonts w:eastAsia="Arial"/>
        </w:rPr>
        <w:drawing>
          <wp:inline distT="0" distB="0" distL="0" distR="0" wp14:anchorId="2209D5D9" wp14:editId="379A4CB1">
            <wp:extent cx="919192"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921255" cy="1336493"/>
                    </a:xfrm>
                    <a:prstGeom prst="rect">
                      <a:avLst/>
                    </a:prstGeom>
                    <a:noFill/>
                  </pic:spPr>
                </pic:pic>
              </a:graphicData>
            </a:graphic>
          </wp:inline>
        </w:drawing>
      </w:r>
    </w:p>
    <w:tbl>
      <w:tblPr>
        <w:tblW w:w="10779" w:type="dxa"/>
        <w:tblLayout w:type="fixed"/>
        <w:tblCellMar>
          <w:top w:w="180" w:type="dxa"/>
          <w:left w:w="120" w:type="dxa"/>
          <w:bottom w:w="180" w:type="dxa"/>
          <w:right w:w="120" w:type="dxa"/>
        </w:tblCellMar>
        <w:tblLook w:val="04A0" w:firstRow="1" w:lastRow="0" w:firstColumn="1" w:lastColumn="0" w:noHBand="0" w:noVBand="1"/>
      </w:tblPr>
      <w:tblGrid>
        <w:gridCol w:w="10779"/>
      </w:tblGrid>
      <w:tr w:rsidR="007F76DA" w:rsidRPr="00D23342" w14:paraId="1308DCF4" w14:textId="77777777" w:rsidTr="001F6468">
        <w:trPr>
          <w:cantSplit/>
        </w:trPr>
        <w:tc>
          <w:tcPr>
            <w:tcW w:w="10779" w:type="dxa"/>
            <w:shd w:val="clear" w:color="auto" w:fill="AD0049"/>
          </w:tcPr>
          <w:p w14:paraId="2C6AAA02" w14:textId="77777777" w:rsidR="007F76DA" w:rsidRPr="00D23342" w:rsidRDefault="003065F4">
            <w:pPr>
              <w:spacing w:after="0"/>
              <w:jc w:val="center"/>
            </w:pPr>
            <w:r w:rsidRPr="00D23342">
              <w:rPr>
                <w:rFonts w:eastAsia="Arial"/>
                <w:b/>
                <w:color w:val="FFFFFF"/>
                <w:sz w:val="24"/>
              </w:rPr>
              <w:t>DISCRETIONARY GRANT</w:t>
            </w:r>
            <w:r w:rsidRPr="00D23342">
              <w:rPr>
                <w:rFonts w:eastAsia="Arial"/>
                <w:b/>
                <w:color w:val="FFFFFF"/>
                <w:sz w:val="24"/>
              </w:rPr>
              <w:br/>
              <w:t>UNEMPLOYED BENEFICIARIES ON PROGRAMMES –</w:t>
            </w:r>
            <w:r w:rsidRPr="00D23342">
              <w:rPr>
                <w:rFonts w:eastAsia="Arial"/>
                <w:b/>
                <w:color w:val="FFFFFF"/>
                <w:sz w:val="24"/>
              </w:rPr>
              <w:br/>
              <w:t>STRATEGIC PROJECTS &amp; COLLABORATIVE PARTNERSHIPS</w:t>
            </w:r>
            <w:r w:rsidRPr="00D23342">
              <w:rPr>
                <w:rFonts w:eastAsia="Arial"/>
                <w:b/>
                <w:color w:val="FFFFFF"/>
                <w:sz w:val="24"/>
              </w:rPr>
              <w:br/>
              <w:t>FUNDING WINDOW APPLICATION FORM</w:t>
            </w:r>
            <w:r w:rsidRPr="00D23342">
              <w:rPr>
                <w:rFonts w:eastAsia="Arial"/>
                <w:b/>
                <w:color w:val="FFFFFF"/>
                <w:sz w:val="24"/>
              </w:rPr>
              <w:br/>
            </w:r>
            <w:r w:rsidR="00B503D7" w:rsidRPr="00D23342">
              <w:rPr>
                <w:rFonts w:eastAsia="Arial"/>
                <w:b/>
                <w:i/>
                <w:iCs/>
                <w:color w:val="FFFFFF"/>
                <w:sz w:val="18"/>
                <w:szCs w:val="18"/>
              </w:rPr>
              <w:t>PUBLISHED OCTOBER 2026</w:t>
            </w:r>
          </w:p>
        </w:tc>
      </w:tr>
    </w:tbl>
    <w:p w14:paraId="56114864" w14:textId="77777777" w:rsidR="007F76DA" w:rsidRPr="00D23342" w:rsidRDefault="007F76DA">
      <w:pPr>
        <w:spacing w:after="60"/>
      </w:pPr>
    </w:p>
    <w:tbl>
      <w:tblPr>
        <w:tblW w:w="10779" w:type="dxa"/>
        <w:tblLayout w:type="fixed"/>
        <w:tblCellMar>
          <w:top w:w="90" w:type="dxa"/>
          <w:left w:w="90" w:type="dxa"/>
          <w:bottom w:w="90" w:type="dxa"/>
          <w:right w:w="90" w:type="dxa"/>
        </w:tblCellMar>
        <w:tblLook w:val="04A0" w:firstRow="1" w:lastRow="0" w:firstColumn="1" w:lastColumn="0" w:noHBand="0" w:noVBand="1"/>
      </w:tblPr>
      <w:tblGrid>
        <w:gridCol w:w="835"/>
        <w:gridCol w:w="9944"/>
      </w:tblGrid>
      <w:tr w:rsidR="007F76DA" w:rsidRPr="00D23342" w14:paraId="2F6A1DF5" w14:textId="77777777" w:rsidTr="001F6468">
        <w:trPr>
          <w:cantSplit/>
        </w:trPr>
        <w:tc>
          <w:tcPr>
            <w:tcW w:w="835" w:type="dxa"/>
            <w:shd w:val="clear" w:color="auto" w:fill="AD0049"/>
            <w:vAlign w:val="center"/>
          </w:tcPr>
          <w:p w14:paraId="701316AB" w14:textId="77777777" w:rsidR="007F76DA" w:rsidRPr="00D23342" w:rsidRDefault="003065F4">
            <w:pPr>
              <w:spacing w:after="0"/>
              <w:jc w:val="center"/>
            </w:pPr>
            <w:r w:rsidRPr="00D23342">
              <w:rPr>
                <w:rFonts w:eastAsia="Arial"/>
                <w:b/>
                <w:color w:val="FFFFFF"/>
                <w:sz w:val="22"/>
              </w:rPr>
              <w:t>A</w:t>
            </w:r>
          </w:p>
        </w:tc>
        <w:tc>
          <w:tcPr>
            <w:tcW w:w="9944" w:type="dxa"/>
            <w:shd w:val="clear" w:color="auto" w:fill="D9B262"/>
            <w:vAlign w:val="center"/>
          </w:tcPr>
          <w:p w14:paraId="27597F01" w14:textId="77777777" w:rsidR="007F76DA" w:rsidRPr="00D23342" w:rsidRDefault="003065F4">
            <w:pPr>
              <w:spacing w:after="0"/>
            </w:pPr>
            <w:r w:rsidRPr="00D23342">
              <w:rPr>
                <w:rFonts w:eastAsia="Arial"/>
                <w:b/>
                <w:color w:val="AD0049"/>
                <w:sz w:val="24"/>
              </w:rPr>
              <w:t>GENERAL APPLICATION INFORMATION</w:t>
            </w:r>
          </w:p>
        </w:tc>
      </w:tr>
    </w:tbl>
    <w:p w14:paraId="150C1C9E" w14:textId="77777777" w:rsidR="007F76DA" w:rsidRPr="00D23342" w:rsidRDefault="007F76DA">
      <w:pPr>
        <w:spacing w:after="60"/>
      </w:pPr>
    </w:p>
    <w:tbl>
      <w:tblPr>
        <w:tblW w:w="10752" w:type="dxa"/>
        <w:tblLayout w:type="fixed"/>
        <w:tblCellMar>
          <w:top w:w="100" w:type="dxa"/>
          <w:left w:w="120" w:type="dxa"/>
          <w:bottom w:w="100" w:type="dxa"/>
          <w:right w:w="120" w:type="dxa"/>
        </w:tblCellMar>
        <w:tblLook w:val="04A0" w:firstRow="1" w:lastRow="0" w:firstColumn="1" w:lastColumn="0" w:noHBand="0" w:noVBand="1"/>
      </w:tblPr>
      <w:tblGrid>
        <w:gridCol w:w="10752"/>
      </w:tblGrid>
      <w:tr w:rsidR="007F76DA" w:rsidRPr="00D23342" w14:paraId="2D2BF248" w14:textId="77777777" w:rsidTr="001F6468">
        <w:trPr>
          <w:cantSplit/>
        </w:trPr>
        <w:tc>
          <w:tcPr>
            <w:tcW w:w="10752" w:type="dxa"/>
            <w:tcBorders>
              <w:top w:val="single" w:sz="10" w:space="0" w:color="D9B262"/>
              <w:left w:val="single" w:sz="10" w:space="0" w:color="D9B262"/>
              <w:bottom w:val="single" w:sz="10" w:space="0" w:color="D9B262"/>
              <w:right w:val="single" w:sz="10" w:space="0" w:color="D9B262"/>
            </w:tcBorders>
            <w:shd w:val="clear" w:color="auto" w:fill="FBF8EF"/>
          </w:tcPr>
          <w:p w14:paraId="0CB2A05C" w14:textId="77777777" w:rsidR="00EE6152" w:rsidRPr="00D23342" w:rsidRDefault="003065F4" w:rsidP="00EE6152">
            <w:pPr>
              <w:spacing w:after="0"/>
              <w:rPr>
                <w:rFonts w:eastAsia="Arial"/>
                <w:bCs/>
                <w:color w:val="AD0049"/>
                <w:sz w:val="16"/>
                <w:szCs w:val="16"/>
              </w:rPr>
            </w:pPr>
            <w:r w:rsidRPr="00D23342">
              <w:rPr>
                <w:rFonts w:eastAsia="Arial"/>
                <w:b/>
                <w:color w:val="AD0049"/>
                <w:sz w:val="16"/>
                <w:szCs w:val="16"/>
              </w:rPr>
              <w:t>Important submission requirements</w:t>
            </w:r>
          </w:p>
          <w:p w14:paraId="3BBE9D6C" w14:textId="77777777" w:rsidR="00EE6152" w:rsidRPr="00D23342" w:rsidRDefault="003065F4" w:rsidP="00EE615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Submit one completed and signed application form, together with all prescribed supporting documents, through SIMS before the published closing date and time.</w:t>
            </w:r>
          </w:p>
          <w:p w14:paraId="1AAA1453" w14:textId="77777777" w:rsidR="00EE6152" w:rsidRPr="00D23342" w:rsidRDefault="003065F4" w:rsidP="00EE615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Applications received late, through an incorrect channel, or without the prescribed BANKSETA templates will be disqualified.</w:t>
            </w:r>
          </w:p>
          <w:p w14:paraId="09DA70B3" w14:textId="77777777" w:rsidR="00EE6152" w:rsidRPr="00D23342" w:rsidRDefault="003065F4" w:rsidP="00EE615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Applicants may apply for only one programme category and only one application form is permitted per applicant. Where multiple submissions are received before the closing date, BANKSETA will assess the latest submission received before the deadline.</w:t>
            </w:r>
          </w:p>
          <w:p w14:paraId="1C222D84" w14:textId="77777777" w:rsidR="00EE6152" w:rsidRPr="00D23342" w:rsidRDefault="003065F4" w:rsidP="00EE615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Keep a complete copy of the submitted application and supporting documentation for your records.</w:t>
            </w:r>
          </w:p>
          <w:p w14:paraId="6638D40D" w14:textId="77777777" w:rsidR="007F76DA" w:rsidRPr="00D23342" w:rsidRDefault="003065F4" w:rsidP="00EE6152">
            <w:pPr>
              <w:pStyle w:val="ListParagraph"/>
              <w:numPr>
                <w:ilvl w:val="0"/>
                <w:numId w:val="12"/>
              </w:numPr>
              <w:spacing w:after="0"/>
              <w:ind w:left="359"/>
              <w:rPr>
                <w:rFonts w:eastAsia="Arial"/>
                <w:bCs/>
                <w:color w:val="AD0049"/>
                <w:sz w:val="18"/>
              </w:rPr>
            </w:pPr>
            <w:r w:rsidRPr="00D23342">
              <w:rPr>
                <w:rFonts w:eastAsia="Arial"/>
                <w:bCs/>
                <w:color w:val="AD0049"/>
                <w:sz w:val="16"/>
                <w:szCs w:val="16"/>
              </w:rPr>
              <w:t>Information supplied may be verified through due diligence, monitoring, audit and BANKSETA project records.</w:t>
            </w:r>
          </w:p>
        </w:tc>
      </w:tr>
    </w:tbl>
    <w:p w14:paraId="09FA7BCB" w14:textId="77777777" w:rsidR="007F76DA" w:rsidRPr="00D23342" w:rsidRDefault="007F76DA">
      <w:pPr>
        <w:spacing w:after="60"/>
      </w:pPr>
    </w:p>
    <w:tbl>
      <w:tblPr>
        <w:tblW w:w="10793" w:type="dxa"/>
        <w:tblLayout w:type="fixed"/>
        <w:tblCellMar>
          <w:top w:w="70" w:type="dxa"/>
          <w:left w:w="90" w:type="dxa"/>
          <w:bottom w:w="70" w:type="dxa"/>
          <w:right w:w="90" w:type="dxa"/>
        </w:tblCellMar>
        <w:tblLook w:val="04A0" w:firstRow="1" w:lastRow="0" w:firstColumn="1" w:lastColumn="0" w:noHBand="0" w:noVBand="1"/>
      </w:tblPr>
      <w:tblGrid>
        <w:gridCol w:w="835"/>
        <w:gridCol w:w="9958"/>
      </w:tblGrid>
      <w:tr w:rsidR="007F76DA" w:rsidRPr="00D23342" w14:paraId="22BE184F" w14:textId="77777777" w:rsidTr="001F6468">
        <w:trPr>
          <w:cantSplit/>
        </w:trPr>
        <w:tc>
          <w:tcPr>
            <w:tcW w:w="835" w:type="dxa"/>
            <w:shd w:val="clear" w:color="auto" w:fill="AD0049"/>
            <w:vAlign w:val="center"/>
          </w:tcPr>
          <w:p w14:paraId="696BC0BC" w14:textId="77777777" w:rsidR="007F76DA" w:rsidRPr="00D23342" w:rsidRDefault="003065F4">
            <w:pPr>
              <w:spacing w:after="0"/>
              <w:jc w:val="center"/>
            </w:pPr>
            <w:r w:rsidRPr="00D23342">
              <w:rPr>
                <w:rFonts w:eastAsia="Arial"/>
                <w:b/>
                <w:color w:val="FFFFFF"/>
                <w:sz w:val="20"/>
              </w:rPr>
              <w:t>1</w:t>
            </w:r>
          </w:p>
        </w:tc>
        <w:tc>
          <w:tcPr>
            <w:tcW w:w="9958" w:type="dxa"/>
            <w:shd w:val="clear" w:color="auto" w:fill="D9B262"/>
            <w:tcMar>
              <w:top w:w="0" w:type="dxa"/>
              <w:left w:w="108" w:type="dxa"/>
              <w:bottom w:w="0" w:type="dxa"/>
              <w:right w:w="108" w:type="dxa"/>
            </w:tcMar>
            <w:vAlign w:val="center"/>
          </w:tcPr>
          <w:p w14:paraId="65CDC9A8" w14:textId="77777777" w:rsidR="007F76DA" w:rsidRPr="00D23342" w:rsidRDefault="003065F4">
            <w:pPr>
              <w:spacing w:after="0"/>
            </w:pPr>
            <w:r w:rsidRPr="00D23342">
              <w:rPr>
                <w:rFonts w:eastAsia="Arial"/>
                <w:b/>
                <w:color w:val="AD0049"/>
                <w:sz w:val="21"/>
              </w:rPr>
              <w:t>Applicant Organisation Details</w:t>
            </w:r>
          </w:p>
        </w:tc>
      </w:tr>
    </w:tbl>
    <w:p w14:paraId="71B76636" w14:textId="77777777" w:rsidR="007F76DA" w:rsidRPr="00D23342" w:rsidRDefault="007F76DA">
      <w:pPr>
        <w:spacing w:after="60"/>
      </w:pPr>
    </w:p>
    <w:tbl>
      <w:tblPr>
        <w:tblW w:w="10793" w:type="dxa"/>
        <w:tblInd w:w="-5" w:type="dxa"/>
        <w:tblLayout w:type="fixed"/>
        <w:tblCellMar>
          <w:top w:w="70" w:type="dxa"/>
          <w:left w:w="90" w:type="dxa"/>
          <w:bottom w:w="70" w:type="dxa"/>
          <w:right w:w="90" w:type="dxa"/>
        </w:tblCellMar>
        <w:tblLook w:val="04A0" w:firstRow="1" w:lastRow="0" w:firstColumn="1" w:lastColumn="0" w:noHBand="0" w:noVBand="1"/>
      </w:tblPr>
      <w:tblGrid>
        <w:gridCol w:w="3823"/>
        <w:gridCol w:w="2693"/>
        <w:gridCol w:w="1843"/>
        <w:gridCol w:w="2434"/>
      </w:tblGrid>
      <w:tr w:rsidR="007F76DA" w:rsidRPr="00D23342" w14:paraId="2BA34ADE" w14:textId="77777777" w:rsidTr="002146F9">
        <w:trPr>
          <w:cantSplit/>
        </w:trPr>
        <w:tc>
          <w:tcPr>
            <w:tcW w:w="382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23D92BD1" w14:textId="77777777" w:rsidR="007F76DA" w:rsidRPr="00D23342" w:rsidRDefault="003065F4">
            <w:pPr>
              <w:spacing w:after="0"/>
              <w:rPr>
                <w:sz w:val="18"/>
                <w:szCs w:val="18"/>
              </w:rPr>
            </w:pPr>
            <w:r w:rsidRPr="00D23342">
              <w:rPr>
                <w:rFonts w:eastAsia="Arial"/>
                <w:b/>
                <w:color w:val="AD0049"/>
                <w:sz w:val="18"/>
                <w:szCs w:val="18"/>
              </w:rPr>
              <w:t>Organisation name</w:t>
            </w:r>
          </w:p>
        </w:tc>
        <w:tc>
          <w:tcPr>
            <w:tcW w:w="2693"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5D72B0B0" w14:textId="77777777" w:rsidR="007F76DA" w:rsidRPr="00D23342" w:rsidRDefault="007F76DA">
            <w:pPr>
              <w:spacing w:after="0"/>
              <w:rPr>
                <w:sz w:val="18"/>
                <w:szCs w:val="18"/>
              </w:rPr>
            </w:pPr>
          </w:p>
        </w:tc>
        <w:tc>
          <w:tcPr>
            <w:tcW w:w="184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13F13FE2" w14:textId="77777777" w:rsidR="007F76DA" w:rsidRPr="00D23342" w:rsidRDefault="003065F4">
            <w:pPr>
              <w:spacing w:after="0"/>
              <w:rPr>
                <w:sz w:val="18"/>
                <w:szCs w:val="18"/>
              </w:rPr>
            </w:pPr>
            <w:r w:rsidRPr="00D23342">
              <w:rPr>
                <w:rFonts w:eastAsia="Arial"/>
                <w:b/>
                <w:color w:val="AD0049"/>
                <w:sz w:val="18"/>
                <w:szCs w:val="18"/>
              </w:rPr>
              <w:t>Physical address</w:t>
            </w:r>
          </w:p>
        </w:tc>
        <w:tc>
          <w:tcPr>
            <w:tcW w:w="2434"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92C82D1" w14:textId="77777777" w:rsidR="007F76DA" w:rsidRPr="00D23342" w:rsidRDefault="007F76DA">
            <w:pPr>
              <w:spacing w:after="0"/>
            </w:pPr>
          </w:p>
        </w:tc>
      </w:tr>
      <w:tr w:rsidR="007F76DA" w:rsidRPr="00D23342" w14:paraId="2A2D480C" w14:textId="77777777" w:rsidTr="002146F9">
        <w:trPr>
          <w:cantSplit/>
        </w:trPr>
        <w:tc>
          <w:tcPr>
            <w:tcW w:w="382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327BF04E" w14:textId="77777777" w:rsidR="007F76DA" w:rsidRPr="00D23342" w:rsidRDefault="003065F4">
            <w:pPr>
              <w:spacing w:after="0"/>
              <w:rPr>
                <w:sz w:val="18"/>
                <w:szCs w:val="18"/>
              </w:rPr>
            </w:pPr>
            <w:r w:rsidRPr="00D23342">
              <w:rPr>
                <w:rFonts w:eastAsia="Arial"/>
                <w:b/>
                <w:color w:val="AD0049"/>
                <w:sz w:val="18"/>
                <w:szCs w:val="18"/>
              </w:rPr>
              <w:t>Organisation registration / reference number</w:t>
            </w:r>
          </w:p>
        </w:tc>
        <w:tc>
          <w:tcPr>
            <w:tcW w:w="2693"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57BEA904" w14:textId="77777777" w:rsidR="007F76DA" w:rsidRPr="00D23342" w:rsidRDefault="007F76DA">
            <w:pPr>
              <w:spacing w:after="0"/>
              <w:rPr>
                <w:sz w:val="18"/>
                <w:szCs w:val="18"/>
              </w:rPr>
            </w:pPr>
          </w:p>
        </w:tc>
        <w:tc>
          <w:tcPr>
            <w:tcW w:w="184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4866DFA3" w14:textId="77777777" w:rsidR="007F76DA" w:rsidRPr="00D23342" w:rsidRDefault="003065F4">
            <w:pPr>
              <w:spacing w:after="0"/>
              <w:rPr>
                <w:sz w:val="18"/>
                <w:szCs w:val="18"/>
              </w:rPr>
            </w:pPr>
            <w:r w:rsidRPr="00D23342">
              <w:rPr>
                <w:rFonts w:eastAsia="Arial"/>
                <w:b/>
                <w:color w:val="AD0049"/>
                <w:sz w:val="18"/>
                <w:szCs w:val="18"/>
              </w:rPr>
              <w:t>Postal address</w:t>
            </w:r>
          </w:p>
        </w:tc>
        <w:tc>
          <w:tcPr>
            <w:tcW w:w="2434"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D9E3A3F" w14:textId="77777777" w:rsidR="007F76DA" w:rsidRPr="00D23342" w:rsidRDefault="007F76DA">
            <w:pPr>
              <w:spacing w:after="0"/>
            </w:pPr>
          </w:p>
        </w:tc>
      </w:tr>
      <w:tr w:rsidR="007F76DA" w:rsidRPr="00D23342" w14:paraId="6B9F4305" w14:textId="77777777" w:rsidTr="002146F9">
        <w:trPr>
          <w:cantSplit/>
        </w:trPr>
        <w:tc>
          <w:tcPr>
            <w:tcW w:w="382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2631C0F0" w14:textId="77777777" w:rsidR="007F76DA" w:rsidRPr="00D23342" w:rsidRDefault="003065F4">
            <w:pPr>
              <w:spacing w:after="0"/>
              <w:rPr>
                <w:sz w:val="18"/>
                <w:szCs w:val="18"/>
              </w:rPr>
            </w:pPr>
            <w:r w:rsidRPr="00D23342">
              <w:rPr>
                <w:rFonts w:eastAsia="Arial"/>
                <w:b/>
                <w:color w:val="AD0049"/>
                <w:sz w:val="18"/>
                <w:szCs w:val="18"/>
              </w:rPr>
              <w:t>Applicant type</w:t>
            </w:r>
          </w:p>
        </w:tc>
        <w:tc>
          <w:tcPr>
            <w:tcW w:w="2693"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3BAED6FE" w14:textId="715A8612" w:rsidR="007479A1" w:rsidRDefault="003065F4">
            <w:pPr>
              <w:spacing w:after="0"/>
              <w:rPr>
                <w:rFonts w:eastAsia="Arial"/>
                <w:sz w:val="20"/>
                <w:szCs w:val="20"/>
              </w:rPr>
            </w:pPr>
            <w:r w:rsidRPr="00D23342">
              <w:rPr>
                <w:rFonts w:eastAsia="Arial"/>
                <w:sz w:val="20"/>
                <w:szCs w:val="20"/>
              </w:rPr>
              <w:t>☐ Eligible employer</w:t>
            </w:r>
            <w:r w:rsidRPr="00D23342">
              <w:rPr>
                <w:rFonts w:eastAsia="Arial"/>
                <w:sz w:val="20"/>
                <w:szCs w:val="20"/>
              </w:rPr>
              <w:br/>
              <w:t>☐ Government Department</w:t>
            </w:r>
            <w:r w:rsidR="005240D9">
              <w:rPr>
                <w:rFonts w:eastAsia="Arial"/>
                <w:sz w:val="20"/>
                <w:szCs w:val="20"/>
              </w:rPr>
              <w:t>/</w:t>
            </w:r>
            <w:r w:rsidR="007479A1" w:rsidRPr="00D23342">
              <w:rPr>
                <w:rFonts w:eastAsia="Arial"/>
                <w:sz w:val="20"/>
                <w:szCs w:val="20"/>
              </w:rPr>
              <w:t xml:space="preserve"> </w:t>
            </w:r>
            <w:r w:rsidRPr="00D23342">
              <w:rPr>
                <w:rFonts w:eastAsia="Arial"/>
                <w:sz w:val="20"/>
                <w:szCs w:val="20"/>
              </w:rPr>
              <w:t>Public Entity</w:t>
            </w:r>
            <w:r w:rsidR="005240D9">
              <w:rPr>
                <w:rFonts w:eastAsia="Arial"/>
                <w:sz w:val="20"/>
                <w:szCs w:val="20"/>
              </w:rPr>
              <w:t xml:space="preserve">/ </w:t>
            </w:r>
            <w:r w:rsidRPr="00D23342">
              <w:rPr>
                <w:rFonts w:eastAsia="Arial"/>
                <w:sz w:val="20"/>
                <w:szCs w:val="20"/>
              </w:rPr>
              <w:t>SETA</w:t>
            </w:r>
          </w:p>
          <w:p w14:paraId="5DC38317" w14:textId="0FB5CA1D" w:rsidR="00EE6152" w:rsidRPr="00D23342" w:rsidRDefault="007479A1">
            <w:pPr>
              <w:spacing w:after="0"/>
              <w:rPr>
                <w:rFonts w:eastAsia="Arial"/>
                <w:sz w:val="18"/>
                <w:szCs w:val="18"/>
              </w:rPr>
            </w:pPr>
            <w:r w:rsidRPr="00D23342">
              <w:rPr>
                <w:rFonts w:eastAsia="Arial"/>
                <w:sz w:val="20"/>
                <w:szCs w:val="20"/>
              </w:rPr>
              <w:t xml:space="preserve">☐ </w:t>
            </w:r>
            <w:r w:rsidR="003065F4" w:rsidRPr="00D23342">
              <w:rPr>
                <w:rFonts w:eastAsia="Arial"/>
                <w:sz w:val="20"/>
                <w:szCs w:val="20"/>
              </w:rPr>
              <w:t>Other (Partnership/co-funding)</w:t>
            </w:r>
            <w:r w:rsidR="003065F4" w:rsidRPr="00D23342">
              <w:rPr>
                <w:rFonts w:eastAsia="Arial"/>
                <w:sz w:val="20"/>
                <w:szCs w:val="20"/>
              </w:rPr>
              <w:br/>
              <w:t>☐ Public University / UoT</w:t>
            </w:r>
            <w:r w:rsidR="003065F4" w:rsidRPr="00D23342">
              <w:rPr>
                <w:rFonts w:eastAsia="Arial"/>
                <w:sz w:val="20"/>
                <w:szCs w:val="20"/>
              </w:rPr>
              <w:br/>
              <w:t>☐ TVET College</w:t>
            </w:r>
            <w:r w:rsidR="003065F4" w:rsidRPr="00D23342">
              <w:rPr>
                <w:rFonts w:eastAsia="Arial"/>
                <w:sz w:val="20"/>
                <w:szCs w:val="20"/>
              </w:rPr>
              <w:br/>
              <w:t>☐ CET College</w:t>
            </w:r>
            <w:r w:rsidR="003065F4" w:rsidRPr="00D23342">
              <w:rPr>
                <w:rFonts w:eastAsia="Arial"/>
                <w:sz w:val="20"/>
                <w:szCs w:val="20"/>
              </w:rPr>
              <w:br/>
              <w:t>☐ Accredited Training Provider</w:t>
            </w:r>
          </w:p>
        </w:tc>
        <w:tc>
          <w:tcPr>
            <w:tcW w:w="184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3088E345" w14:textId="292D9B3C" w:rsidR="007F76DA" w:rsidRPr="00D23342" w:rsidRDefault="0011718A">
            <w:pPr>
              <w:spacing w:after="0"/>
              <w:rPr>
                <w:sz w:val="18"/>
                <w:szCs w:val="18"/>
              </w:rPr>
            </w:pPr>
            <w:r>
              <w:rPr>
                <w:rFonts w:eastAsia="Arial"/>
                <w:b/>
                <w:color w:val="AD0049"/>
                <w:sz w:val="18"/>
                <w:szCs w:val="18"/>
              </w:rPr>
              <w:t>Contact No</w:t>
            </w:r>
          </w:p>
        </w:tc>
        <w:tc>
          <w:tcPr>
            <w:tcW w:w="2434"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0E83A6B6" w14:textId="77777777" w:rsidR="007F76DA" w:rsidRPr="00D23342" w:rsidRDefault="007F76DA">
            <w:pPr>
              <w:spacing w:after="0"/>
            </w:pPr>
          </w:p>
        </w:tc>
      </w:tr>
      <w:tr w:rsidR="00CF596B" w:rsidRPr="00D23342" w14:paraId="39542512" w14:textId="77777777" w:rsidTr="002146F9">
        <w:trPr>
          <w:cantSplit/>
        </w:trPr>
        <w:tc>
          <w:tcPr>
            <w:tcW w:w="382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57DB0BC7" w14:textId="24CF9D93" w:rsidR="00CF596B" w:rsidRPr="00D23342" w:rsidRDefault="00CF596B">
            <w:pPr>
              <w:spacing w:after="0"/>
              <w:rPr>
                <w:rFonts w:eastAsia="Arial"/>
                <w:b/>
                <w:color w:val="AD0049"/>
                <w:sz w:val="18"/>
                <w:szCs w:val="18"/>
              </w:rPr>
            </w:pPr>
            <w:r w:rsidRPr="00D23342">
              <w:rPr>
                <w:rFonts w:eastAsia="Arial"/>
                <w:b/>
                <w:color w:val="AD0049"/>
                <w:sz w:val="18"/>
                <w:szCs w:val="18"/>
              </w:rPr>
              <w:t>If Government Department / Public Entity / SETA / Other (Partnership/co-funding is selected</w:t>
            </w:r>
            <w:r w:rsidR="00684532">
              <w:rPr>
                <w:rFonts w:eastAsia="Arial"/>
                <w:b/>
                <w:color w:val="AD0049"/>
                <w:sz w:val="18"/>
                <w:szCs w:val="18"/>
              </w:rPr>
              <w:t xml:space="preserve"> above</w:t>
            </w:r>
            <w:r w:rsidRPr="00D23342">
              <w:rPr>
                <w:rFonts w:eastAsia="Arial"/>
                <w:b/>
                <w:color w:val="AD0049"/>
                <w:sz w:val="18"/>
                <w:szCs w:val="18"/>
              </w:rPr>
              <w:t>, please indicate contribution</w:t>
            </w:r>
            <w:r w:rsidR="00684532">
              <w:rPr>
                <w:rFonts w:eastAsia="Arial"/>
                <w:b/>
                <w:color w:val="AD0049"/>
                <w:sz w:val="18"/>
                <w:szCs w:val="18"/>
              </w:rPr>
              <w:t xml:space="preserve"> from co-funder</w:t>
            </w:r>
          </w:p>
        </w:tc>
        <w:tc>
          <w:tcPr>
            <w:tcW w:w="6970" w:type="dxa"/>
            <w:gridSpan w:val="3"/>
            <w:tcBorders>
              <w:top w:val="single" w:sz="4" w:space="0" w:color="BBB2A6"/>
              <w:left w:val="single" w:sz="4" w:space="0" w:color="BBB2A6"/>
              <w:bottom w:val="single" w:sz="4" w:space="0" w:color="BBB2A6"/>
              <w:right w:val="single" w:sz="4" w:space="0" w:color="BBB2A6"/>
            </w:tcBorders>
            <w:shd w:val="clear" w:color="auto" w:fill="FFFFFF"/>
            <w:vAlign w:val="center"/>
          </w:tcPr>
          <w:p w14:paraId="095FBFF7" w14:textId="77777777" w:rsidR="00CF596B" w:rsidRPr="00D23342" w:rsidRDefault="00CF596B">
            <w:pPr>
              <w:spacing w:after="0"/>
            </w:pPr>
          </w:p>
        </w:tc>
      </w:tr>
      <w:tr w:rsidR="00CF596B" w:rsidRPr="00D23342" w14:paraId="1D339430" w14:textId="77777777" w:rsidTr="002146F9">
        <w:trPr>
          <w:cantSplit/>
        </w:trPr>
        <w:tc>
          <w:tcPr>
            <w:tcW w:w="382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6C1F022C" w14:textId="77777777" w:rsidR="00CF596B" w:rsidRPr="00D23342" w:rsidRDefault="00CF596B">
            <w:pPr>
              <w:spacing w:after="0"/>
              <w:rPr>
                <w:rFonts w:eastAsia="Arial"/>
                <w:b/>
                <w:color w:val="AD0049"/>
                <w:sz w:val="18"/>
                <w:szCs w:val="18"/>
              </w:rPr>
            </w:pPr>
            <w:r w:rsidRPr="00D23342">
              <w:rPr>
                <w:rFonts w:eastAsia="Arial"/>
                <w:b/>
                <w:color w:val="AD0049"/>
                <w:sz w:val="18"/>
                <w:szCs w:val="18"/>
              </w:rPr>
              <w:t>If Government Department / Public Entity / SETA / Other (Partnership/co-funding is selected, please indicate required contribution from BANKSETA</w:t>
            </w:r>
          </w:p>
        </w:tc>
        <w:tc>
          <w:tcPr>
            <w:tcW w:w="6970" w:type="dxa"/>
            <w:gridSpan w:val="3"/>
            <w:tcBorders>
              <w:top w:val="single" w:sz="4" w:space="0" w:color="BBB2A6"/>
              <w:left w:val="single" w:sz="4" w:space="0" w:color="BBB2A6"/>
              <w:bottom w:val="single" w:sz="4" w:space="0" w:color="BBB2A6"/>
              <w:right w:val="single" w:sz="4" w:space="0" w:color="BBB2A6"/>
            </w:tcBorders>
            <w:shd w:val="clear" w:color="auto" w:fill="FFFFFF"/>
            <w:vAlign w:val="center"/>
          </w:tcPr>
          <w:p w14:paraId="7CA33BA1" w14:textId="77777777" w:rsidR="00CF596B" w:rsidRPr="00D23342" w:rsidRDefault="00CF596B">
            <w:pPr>
              <w:spacing w:after="0"/>
            </w:pPr>
          </w:p>
        </w:tc>
      </w:tr>
      <w:tr w:rsidR="00684532" w:rsidRPr="00D23342" w14:paraId="5D847D9F" w14:textId="77777777" w:rsidTr="00EB4369">
        <w:trPr>
          <w:cantSplit/>
        </w:trPr>
        <w:tc>
          <w:tcPr>
            <w:tcW w:w="3823"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5EC8C349" w14:textId="77777777" w:rsidR="00684532" w:rsidRPr="00D23342" w:rsidRDefault="00684532">
            <w:pPr>
              <w:spacing w:after="0"/>
              <w:rPr>
                <w:sz w:val="18"/>
                <w:szCs w:val="18"/>
              </w:rPr>
            </w:pPr>
            <w:r w:rsidRPr="00D23342">
              <w:rPr>
                <w:rFonts w:eastAsia="Arial"/>
                <w:b/>
                <w:color w:val="AD0049"/>
                <w:sz w:val="18"/>
                <w:szCs w:val="18"/>
              </w:rPr>
              <w:lastRenderedPageBreak/>
              <w:t>Previous BANKSETA funding awarded to the applicant organisation</w:t>
            </w:r>
          </w:p>
        </w:tc>
        <w:tc>
          <w:tcPr>
            <w:tcW w:w="6970" w:type="dxa"/>
            <w:gridSpan w:val="3"/>
            <w:tcBorders>
              <w:top w:val="single" w:sz="4" w:space="0" w:color="BBB2A6"/>
              <w:left w:val="single" w:sz="4" w:space="0" w:color="BBB2A6"/>
              <w:bottom w:val="single" w:sz="4" w:space="0" w:color="BBB2A6"/>
              <w:right w:val="single" w:sz="4" w:space="0" w:color="BBB2A6"/>
            </w:tcBorders>
            <w:shd w:val="clear" w:color="auto" w:fill="FFFFFF"/>
            <w:vAlign w:val="center"/>
          </w:tcPr>
          <w:p w14:paraId="2DDB9F8C" w14:textId="5B886AED" w:rsidR="00684532" w:rsidRPr="00D23342" w:rsidRDefault="00684532">
            <w:pPr>
              <w:spacing w:after="0"/>
            </w:pPr>
            <w:r w:rsidRPr="00D23342">
              <w:rPr>
                <w:rFonts w:eastAsia="Arial"/>
                <w:sz w:val="20"/>
                <w:szCs w:val="20"/>
              </w:rPr>
              <w:t>☐</w:t>
            </w:r>
            <w:r w:rsidRPr="00D23342">
              <w:rPr>
                <w:rFonts w:eastAsia="Arial"/>
                <w:sz w:val="18"/>
                <w:szCs w:val="18"/>
              </w:rPr>
              <w:t xml:space="preserve"> Yes</w:t>
            </w:r>
            <w:r w:rsidRPr="00D23342">
              <w:rPr>
                <w:rFonts w:eastAsia="Arial"/>
                <w:sz w:val="18"/>
                <w:szCs w:val="18"/>
              </w:rPr>
              <w:br/>
            </w:r>
            <w:r w:rsidRPr="00D23342">
              <w:rPr>
                <w:rFonts w:eastAsia="Arial"/>
                <w:sz w:val="20"/>
                <w:szCs w:val="20"/>
              </w:rPr>
              <w:t>☐</w:t>
            </w:r>
            <w:r w:rsidRPr="00D23342">
              <w:rPr>
                <w:rFonts w:eastAsia="Arial"/>
                <w:sz w:val="18"/>
                <w:szCs w:val="18"/>
              </w:rPr>
              <w:t xml:space="preserve"> No</w:t>
            </w:r>
          </w:p>
        </w:tc>
      </w:tr>
    </w:tbl>
    <w:p w14:paraId="5AE938BD" w14:textId="77777777" w:rsidR="002146F9" w:rsidRDefault="002146F9"/>
    <w:tbl>
      <w:tblPr>
        <w:tblW w:w="10793" w:type="dxa"/>
        <w:tblLayout w:type="fixed"/>
        <w:tblCellMar>
          <w:top w:w="70" w:type="dxa"/>
          <w:left w:w="90" w:type="dxa"/>
          <w:bottom w:w="70" w:type="dxa"/>
          <w:right w:w="90" w:type="dxa"/>
        </w:tblCellMar>
        <w:tblLook w:val="04A0" w:firstRow="1" w:lastRow="0" w:firstColumn="1" w:lastColumn="0" w:noHBand="0" w:noVBand="1"/>
      </w:tblPr>
      <w:tblGrid>
        <w:gridCol w:w="835"/>
        <w:gridCol w:w="9958"/>
      </w:tblGrid>
      <w:tr w:rsidR="007F76DA" w:rsidRPr="00D23342" w14:paraId="31140389" w14:textId="77777777" w:rsidTr="002146F9">
        <w:trPr>
          <w:cantSplit/>
        </w:trPr>
        <w:tc>
          <w:tcPr>
            <w:tcW w:w="835" w:type="dxa"/>
            <w:shd w:val="clear" w:color="auto" w:fill="AD0049"/>
            <w:vAlign w:val="center"/>
          </w:tcPr>
          <w:p w14:paraId="3ED42CB4" w14:textId="77777777" w:rsidR="007F76DA" w:rsidRPr="00D23342" w:rsidRDefault="003065F4">
            <w:pPr>
              <w:spacing w:after="0"/>
              <w:jc w:val="center"/>
            </w:pPr>
            <w:r w:rsidRPr="00D23342">
              <w:rPr>
                <w:rFonts w:eastAsia="Arial"/>
                <w:b/>
                <w:color w:val="FFFFFF"/>
                <w:sz w:val="20"/>
              </w:rPr>
              <w:t>2</w:t>
            </w:r>
          </w:p>
        </w:tc>
        <w:tc>
          <w:tcPr>
            <w:tcW w:w="9958" w:type="dxa"/>
            <w:shd w:val="clear" w:color="auto" w:fill="D9B262"/>
            <w:tcMar>
              <w:top w:w="0" w:type="dxa"/>
              <w:left w:w="108" w:type="dxa"/>
              <w:bottom w:w="0" w:type="dxa"/>
              <w:right w:w="108" w:type="dxa"/>
            </w:tcMar>
            <w:vAlign w:val="center"/>
          </w:tcPr>
          <w:p w14:paraId="6CC3DD77" w14:textId="77777777" w:rsidR="007F76DA" w:rsidRPr="00D23342" w:rsidRDefault="003065F4">
            <w:pPr>
              <w:spacing w:after="0"/>
              <w:rPr>
                <w:sz w:val="16"/>
              </w:rPr>
            </w:pPr>
            <w:r w:rsidRPr="00D23342">
              <w:rPr>
                <w:rFonts w:eastAsia="Arial"/>
                <w:b/>
                <w:color w:val="AD0049"/>
                <w:sz w:val="21"/>
              </w:rPr>
              <w:t>Authorised Representative and Project Contacts</w:t>
            </w:r>
            <w:r w:rsidRPr="00D23342">
              <w:rPr>
                <w:rFonts w:eastAsia="Arial"/>
                <w:b/>
                <w:color w:val="AD0049"/>
                <w:sz w:val="21"/>
              </w:rPr>
              <w:br/>
            </w:r>
            <w:r w:rsidRPr="00D23342">
              <w:rPr>
                <w:rFonts w:eastAsia="Arial"/>
                <w:i/>
                <w:color w:val="666666"/>
                <w:sz w:val="15"/>
              </w:rPr>
              <w:t>Authorised representative must be duly authorised by the applicant organisation.</w:t>
            </w:r>
          </w:p>
        </w:tc>
      </w:tr>
    </w:tbl>
    <w:p w14:paraId="67D8686C" w14:textId="77777777" w:rsidR="007F76DA" w:rsidRPr="00D23342" w:rsidRDefault="007F76DA">
      <w:pPr>
        <w:spacing w:after="60"/>
      </w:pPr>
    </w:p>
    <w:tbl>
      <w:tblPr>
        <w:tblW w:w="10793" w:type="dxa"/>
        <w:tblInd w:w="-5" w:type="dxa"/>
        <w:tblLayout w:type="fixed"/>
        <w:tblCellMar>
          <w:top w:w="70" w:type="dxa"/>
          <w:left w:w="90" w:type="dxa"/>
          <w:bottom w:w="70" w:type="dxa"/>
          <w:right w:w="90" w:type="dxa"/>
        </w:tblCellMar>
        <w:tblLook w:val="04A0" w:firstRow="1" w:lastRow="0" w:firstColumn="1" w:lastColumn="0" w:noHBand="0" w:noVBand="1"/>
      </w:tblPr>
      <w:tblGrid>
        <w:gridCol w:w="835"/>
        <w:gridCol w:w="1717"/>
        <w:gridCol w:w="2977"/>
        <w:gridCol w:w="2409"/>
        <w:gridCol w:w="2855"/>
      </w:tblGrid>
      <w:tr w:rsidR="007F76DA" w:rsidRPr="00D23342" w14:paraId="675C2386" w14:textId="77777777" w:rsidTr="00F643F3">
        <w:trPr>
          <w:cantSplit/>
        </w:trPr>
        <w:tc>
          <w:tcPr>
            <w:tcW w:w="2552" w:type="dxa"/>
            <w:gridSpan w:val="2"/>
            <w:tcBorders>
              <w:top w:val="single" w:sz="4" w:space="0" w:color="BBB2A6"/>
              <w:left w:val="single" w:sz="4" w:space="0" w:color="BBB2A6"/>
              <w:bottom w:val="single" w:sz="4" w:space="0" w:color="BBB2A6"/>
              <w:right w:val="single" w:sz="4" w:space="0" w:color="BBB2A6"/>
            </w:tcBorders>
            <w:shd w:val="clear" w:color="auto" w:fill="F3F1ED"/>
            <w:vAlign w:val="center"/>
          </w:tcPr>
          <w:p w14:paraId="742AE646" w14:textId="77777777" w:rsidR="007F76DA" w:rsidRPr="00D23342" w:rsidRDefault="003065F4">
            <w:pPr>
              <w:spacing w:after="0"/>
              <w:rPr>
                <w:sz w:val="18"/>
                <w:szCs w:val="18"/>
              </w:rPr>
            </w:pPr>
            <w:r w:rsidRPr="00D23342">
              <w:rPr>
                <w:rFonts w:eastAsia="Arial"/>
                <w:b/>
                <w:color w:val="AD0049"/>
                <w:sz w:val="18"/>
                <w:szCs w:val="18"/>
              </w:rPr>
              <w:t>Authorised representative</w:t>
            </w:r>
          </w:p>
        </w:tc>
        <w:tc>
          <w:tcPr>
            <w:tcW w:w="2977"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CD112FA" w14:textId="77777777" w:rsidR="007F76DA" w:rsidRPr="00D23342" w:rsidRDefault="007F76DA">
            <w:pPr>
              <w:spacing w:after="0"/>
              <w:rPr>
                <w:sz w:val="18"/>
                <w:szCs w:val="18"/>
              </w:rPr>
            </w:pPr>
          </w:p>
        </w:tc>
        <w:tc>
          <w:tcPr>
            <w:tcW w:w="2409"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6BD1CAEC" w14:textId="77777777" w:rsidR="007F76DA" w:rsidRPr="00D23342" w:rsidRDefault="003065F4">
            <w:pPr>
              <w:spacing w:after="0"/>
              <w:rPr>
                <w:sz w:val="18"/>
                <w:szCs w:val="18"/>
              </w:rPr>
            </w:pPr>
            <w:r w:rsidRPr="00D23342">
              <w:rPr>
                <w:rFonts w:eastAsia="Arial"/>
                <w:b/>
                <w:color w:val="AD0049"/>
                <w:sz w:val="18"/>
                <w:szCs w:val="18"/>
              </w:rPr>
              <w:t>Designation</w:t>
            </w:r>
          </w:p>
        </w:tc>
        <w:tc>
          <w:tcPr>
            <w:tcW w:w="2855"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6A62B239" w14:textId="77777777" w:rsidR="007F76DA" w:rsidRPr="00D23342" w:rsidRDefault="007F76DA">
            <w:pPr>
              <w:spacing w:after="0"/>
              <w:rPr>
                <w:sz w:val="18"/>
                <w:szCs w:val="18"/>
              </w:rPr>
            </w:pPr>
          </w:p>
        </w:tc>
      </w:tr>
      <w:tr w:rsidR="007F76DA" w:rsidRPr="00D23342" w14:paraId="47456A7E" w14:textId="77777777" w:rsidTr="00F643F3">
        <w:trPr>
          <w:cantSplit/>
        </w:trPr>
        <w:tc>
          <w:tcPr>
            <w:tcW w:w="2552" w:type="dxa"/>
            <w:gridSpan w:val="2"/>
            <w:tcBorders>
              <w:top w:val="single" w:sz="4" w:space="0" w:color="BBB2A6"/>
              <w:left w:val="single" w:sz="4" w:space="0" w:color="BBB2A6"/>
              <w:bottom w:val="single" w:sz="4" w:space="0" w:color="BBB2A6"/>
              <w:right w:val="single" w:sz="4" w:space="0" w:color="BBB2A6"/>
            </w:tcBorders>
            <w:shd w:val="clear" w:color="auto" w:fill="F3F1ED"/>
            <w:vAlign w:val="center"/>
          </w:tcPr>
          <w:p w14:paraId="54CBBE52" w14:textId="77777777" w:rsidR="007F76DA" w:rsidRPr="00D23342" w:rsidRDefault="003065F4">
            <w:pPr>
              <w:spacing w:after="0"/>
              <w:rPr>
                <w:sz w:val="18"/>
                <w:szCs w:val="18"/>
              </w:rPr>
            </w:pPr>
            <w:r w:rsidRPr="00D23342">
              <w:rPr>
                <w:rFonts w:eastAsia="Arial"/>
                <w:b/>
                <w:color w:val="AD0049"/>
                <w:sz w:val="18"/>
                <w:szCs w:val="18"/>
              </w:rPr>
              <w:t>Email</w:t>
            </w:r>
          </w:p>
        </w:tc>
        <w:tc>
          <w:tcPr>
            <w:tcW w:w="2977"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751262F" w14:textId="77777777" w:rsidR="007F76DA" w:rsidRPr="00D23342" w:rsidRDefault="007F76DA">
            <w:pPr>
              <w:spacing w:after="0"/>
              <w:rPr>
                <w:sz w:val="18"/>
                <w:szCs w:val="18"/>
              </w:rPr>
            </w:pPr>
          </w:p>
        </w:tc>
        <w:tc>
          <w:tcPr>
            <w:tcW w:w="2409"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6F329D1B" w14:textId="3119F2E0" w:rsidR="007F76DA" w:rsidRPr="00D23342" w:rsidRDefault="0011718A">
            <w:pPr>
              <w:spacing w:after="0"/>
              <w:rPr>
                <w:sz w:val="18"/>
                <w:szCs w:val="18"/>
              </w:rPr>
            </w:pPr>
            <w:r>
              <w:rPr>
                <w:rFonts w:eastAsia="Arial"/>
                <w:b/>
                <w:color w:val="AD0049"/>
                <w:sz w:val="18"/>
                <w:szCs w:val="18"/>
              </w:rPr>
              <w:t>Contact No</w:t>
            </w:r>
          </w:p>
        </w:tc>
        <w:tc>
          <w:tcPr>
            <w:tcW w:w="2855"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03C21251" w14:textId="77777777" w:rsidR="007F76DA" w:rsidRPr="00D23342" w:rsidRDefault="007F76DA">
            <w:pPr>
              <w:spacing w:after="0"/>
              <w:rPr>
                <w:sz w:val="18"/>
                <w:szCs w:val="18"/>
              </w:rPr>
            </w:pPr>
          </w:p>
        </w:tc>
      </w:tr>
      <w:tr w:rsidR="007F76DA" w:rsidRPr="00D23342" w14:paraId="02E3C2E3" w14:textId="77777777" w:rsidTr="00F643F3">
        <w:trPr>
          <w:cantSplit/>
        </w:trPr>
        <w:tc>
          <w:tcPr>
            <w:tcW w:w="2552" w:type="dxa"/>
            <w:gridSpan w:val="2"/>
            <w:tcBorders>
              <w:top w:val="single" w:sz="4" w:space="0" w:color="BBB2A6"/>
              <w:left w:val="single" w:sz="4" w:space="0" w:color="BBB2A6"/>
              <w:bottom w:val="single" w:sz="4" w:space="0" w:color="BBB2A6"/>
              <w:right w:val="single" w:sz="4" w:space="0" w:color="BBB2A6"/>
            </w:tcBorders>
            <w:shd w:val="clear" w:color="auto" w:fill="F3F1ED"/>
            <w:vAlign w:val="center"/>
          </w:tcPr>
          <w:p w14:paraId="4D133F09" w14:textId="77777777" w:rsidR="007F76DA" w:rsidRPr="00D23342" w:rsidRDefault="003065F4">
            <w:pPr>
              <w:spacing w:after="0"/>
              <w:rPr>
                <w:sz w:val="18"/>
                <w:szCs w:val="18"/>
              </w:rPr>
            </w:pPr>
            <w:r w:rsidRPr="00D23342">
              <w:rPr>
                <w:rFonts w:eastAsia="Arial"/>
                <w:b/>
                <w:color w:val="AD0049"/>
                <w:sz w:val="18"/>
                <w:szCs w:val="18"/>
              </w:rPr>
              <w:t>Project contact</w:t>
            </w:r>
          </w:p>
        </w:tc>
        <w:tc>
          <w:tcPr>
            <w:tcW w:w="2977"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76661F3F" w14:textId="77777777" w:rsidR="007F76DA" w:rsidRPr="00D23342" w:rsidRDefault="007F76DA">
            <w:pPr>
              <w:spacing w:after="0"/>
              <w:rPr>
                <w:sz w:val="18"/>
                <w:szCs w:val="18"/>
              </w:rPr>
            </w:pPr>
          </w:p>
        </w:tc>
        <w:tc>
          <w:tcPr>
            <w:tcW w:w="2409"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46C9B211" w14:textId="77777777" w:rsidR="007F76DA" w:rsidRPr="00D23342" w:rsidRDefault="003065F4">
            <w:pPr>
              <w:spacing w:after="0"/>
              <w:rPr>
                <w:sz w:val="18"/>
                <w:szCs w:val="18"/>
              </w:rPr>
            </w:pPr>
            <w:r w:rsidRPr="00D23342">
              <w:rPr>
                <w:rFonts w:eastAsia="Arial"/>
                <w:b/>
                <w:color w:val="AD0049"/>
                <w:sz w:val="18"/>
                <w:szCs w:val="18"/>
              </w:rPr>
              <w:t>Designation</w:t>
            </w:r>
          </w:p>
        </w:tc>
        <w:tc>
          <w:tcPr>
            <w:tcW w:w="2855"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42C10B85" w14:textId="77777777" w:rsidR="007F76DA" w:rsidRPr="00D23342" w:rsidRDefault="007F76DA">
            <w:pPr>
              <w:spacing w:after="0"/>
              <w:rPr>
                <w:sz w:val="18"/>
                <w:szCs w:val="18"/>
              </w:rPr>
            </w:pPr>
          </w:p>
        </w:tc>
      </w:tr>
      <w:tr w:rsidR="007F76DA" w:rsidRPr="00D23342" w14:paraId="639F35B1" w14:textId="77777777" w:rsidTr="00F643F3">
        <w:trPr>
          <w:cantSplit/>
        </w:trPr>
        <w:tc>
          <w:tcPr>
            <w:tcW w:w="2552" w:type="dxa"/>
            <w:gridSpan w:val="2"/>
            <w:tcBorders>
              <w:top w:val="single" w:sz="4" w:space="0" w:color="BBB2A6"/>
              <w:left w:val="single" w:sz="4" w:space="0" w:color="BBB2A6"/>
              <w:bottom w:val="single" w:sz="4" w:space="0" w:color="BBB2A6"/>
              <w:right w:val="single" w:sz="4" w:space="0" w:color="BBB2A6"/>
            </w:tcBorders>
            <w:shd w:val="clear" w:color="auto" w:fill="F3F1ED"/>
            <w:vAlign w:val="center"/>
          </w:tcPr>
          <w:p w14:paraId="76B84292" w14:textId="77777777" w:rsidR="007F76DA" w:rsidRPr="00D23342" w:rsidRDefault="003065F4">
            <w:pPr>
              <w:spacing w:after="0"/>
              <w:rPr>
                <w:sz w:val="18"/>
                <w:szCs w:val="18"/>
              </w:rPr>
            </w:pPr>
            <w:r w:rsidRPr="00D23342">
              <w:rPr>
                <w:rFonts w:eastAsia="Arial"/>
                <w:b/>
                <w:color w:val="AD0049"/>
                <w:sz w:val="18"/>
                <w:szCs w:val="18"/>
              </w:rPr>
              <w:t>Email</w:t>
            </w:r>
          </w:p>
        </w:tc>
        <w:tc>
          <w:tcPr>
            <w:tcW w:w="2977"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15DEDF84" w14:textId="77777777" w:rsidR="007F76DA" w:rsidRPr="00D23342" w:rsidRDefault="007F76DA">
            <w:pPr>
              <w:spacing w:after="0"/>
              <w:rPr>
                <w:sz w:val="18"/>
                <w:szCs w:val="18"/>
              </w:rPr>
            </w:pPr>
          </w:p>
        </w:tc>
        <w:tc>
          <w:tcPr>
            <w:tcW w:w="2409"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22319AE7" w14:textId="41F9030F" w:rsidR="007F76DA" w:rsidRPr="00D23342" w:rsidRDefault="0011718A">
            <w:pPr>
              <w:spacing w:after="0"/>
              <w:rPr>
                <w:sz w:val="18"/>
                <w:szCs w:val="18"/>
              </w:rPr>
            </w:pPr>
            <w:r>
              <w:rPr>
                <w:rFonts w:eastAsia="Arial"/>
                <w:b/>
                <w:color w:val="AD0049"/>
                <w:sz w:val="18"/>
                <w:szCs w:val="18"/>
              </w:rPr>
              <w:t>Contact No</w:t>
            </w:r>
          </w:p>
        </w:tc>
        <w:tc>
          <w:tcPr>
            <w:tcW w:w="2855"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6410627D" w14:textId="77777777" w:rsidR="007F76DA" w:rsidRPr="00D23342" w:rsidRDefault="007F76DA">
            <w:pPr>
              <w:spacing w:after="0"/>
              <w:rPr>
                <w:sz w:val="18"/>
                <w:szCs w:val="18"/>
              </w:rPr>
            </w:pPr>
          </w:p>
        </w:tc>
      </w:tr>
      <w:tr w:rsidR="007F76DA" w:rsidRPr="00D23342" w14:paraId="1C8E971A" w14:textId="77777777" w:rsidTr="00F643F3">
        <w:trPr>
          <w:cantSplit/>
        </w:trPr>
        <w:tc>
          <w:tcPr>
            <w:tcW w:w="2552" w:type="dxa"/>
            <w:gridSpan w:val="2"/>
            <w:tcBorders>
              <w:top w:val="single" w:sz="4" w:space="0" w:color="BBB2A6"/>
              <w:left w:val="single" w:sz="4" w:space="0" w:color="BBB2A6"/>
              <w:bottom w:val="single" w:sz="4" w:space="0" w:color="BBB2A6"/>
              <w:right w:val="single" w:sz="4" w:space="0" w:color="BBB2A6"/>
            </w:tcBorders>
            <w:shd w:val="clear" w:color="auto" w:fill="F3F1ED"/>
            <w:vAlign w:val="center"/>
          </w:tcPr>
          <w:p w14:paraId="6DDBB0CC" w14:textId="77777777" w:rsidR="007F76DA" w:rsidRPr="00D23342" w:rsidRDefault="003065F4">
            <w:pPr>
              <w:spacing w:after="0"/>
              <w:rPr>
                <w:sz w:val="18"/>
                <w:szCs w:val="18"/>
              </w:rPr>
            </w:pPr>
            <w:r w:rsidRPr="00D23342">
              <w:rPr>
                <w:rFonts w:eastAsia="Arial"/>
                <w:b/>
                <w:color w:val="AD0049"/>
                <w:sz w:val="18"/>
                <w:szCs w:val="18"/>
              </w:rPr>
              <w:t>Finance contact</w:t>
            </w:r>
          </w:p>
        </w:tc>
        <w:tc>
          <w:tcPr>
            <w:tcW w:w="2977"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01A78B9" w14:textId="77777777" w:rsidR="007F76DA" w:rsidRPr="00D23342" w:rsidRDefault="007F76DA">
            <w:pPr>
              <w:spacing w:after="0"/>
              <w:rPr>
                <w:sz w:val="18"/>
                <w:szCs w:val="18"/>
              </w:rPr>
            </w:pPr>
          </w:p>
        </w:tc>
        <w:tc>
          <w:tcPr>
            <w:tcW w:w="2409"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3296195D" w14:textId="77777777" w:rsidR="007F76DA" w:rsidRPr="00D23342" w:rsidRDefault="003065F4">
            <w:pPr>
              <w:spacing w:after="0"/>
              <w:rPr>
                <w:sz w:val="18"/>
                <w:szCs w:val="18"/>
              </w:rPr>
            </w:pPr>
            <w:r w:rsidRPr="00D23342">
              <w:rPr>
                <w:rFonts w:eastAsia="Arial"/>
                <w:b/>
                <w:color w:val="AD0049"/>
                <w:sz w:val="18"/>
                <w:szCs w:val="18"/>
              </w:rPr>
              <w:t>Designation</w:t>
            </w:r>
          </w:p>
        </w:tc>
        <w:tc>
          <w:tcPr>
            <w:tcW w:w="2855"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4357DB8D" w14:textId="77777777" w:rsidR="007F76DA" w:rsidRPr="00D23342" w:rsidRDefault="007F76DA">
            <w:pPr>
              <w:spacing w:after="0"/>
              <w:rPr>
                <w:sz w:val="18"/>
                <w:szCs w:val="18"/>
              </w:rPr>
            </w:pPr>
          </w:p>
        </w:tc>
      </w:tr>
      <w:tr w:rsidR="007F76DA" w:rsidRPr="00D23342" w14:paraId="1716FF8A" w14:textId="77777777" w:rsidTr="00F643F3">
        <w:trPr>
          <w:cantSplit/>
        </w:trPr>
        <w:tc>
          <w:tcPr>
            <w:tcW w:w="2552" w:type="dxa"/>
            <w:gridSpan w:val="2"/>
            <w:tcBorders>
              <w:top w:val="single" w:sz="4" w:space="0" w:color="BBB2A6"/>
              <w:left w:val="single" w:sz="4" w:space="0" w:color="BBB2A6"/>
              <w:bottom w:val="single" w:sz="4" w:space="0" w:color="BBB2A6"/>
              <w:right w:val="single" w:sz="4" w:space="0" w:color="BBB2A6"/>
            </w:tcBorders>
            <w:shd w:val="clear" w:color="auto" w:fill="F3F1ED"/>
            <w:vAlign w:val="center"/>
          </w:tcPr>
          <w:p w14:paraId="254782FC" w14:textId="77777777" w:rsidR="007F76DA" w:rsidRPr="00D23342" w:rsidRDefault="003065F4">
            <w:pPr>
              <w:spacing w:after="0"/>
              <w:rPr>
                <w:sz w:val="18"/>
                <w:szCs w:val="18"/>
              </w:rPr>
            </w:pPr>
            <w:r w:rsidRPr="00D23342">
              <w:rPr>
                <w:rFonts w:eastAsia="Arial"/>
                <w:b/>
                <w:color w:val="AD0049"/>
                <w:sz w:val="18"/>
                <w:szCs w:val="18"/>
              </w:rPr>
              <w:t>Email</w:t>
            </w:r>
          </w:p>
        </w:tc>
        <w:tc>
          <w:tcPr>
            <w:tcW w:w="2977"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4378BC69" w14:textId="77777777" w:rsidR="007F76DA" w:rsidRPr="00D23342" w:rsidRDefault="007F76DA">
            <w:pPr>
              <w:spacing w:after="0"/>
              <w:rPr>
                <w:sz w:val="18"/>
                <w:szCs w:val="18"/>
              </w:rPr>
            </w:pPr>
          </w:p>
        </w:tc>
        <w:tc>
          <w:tcPr>
            <w:tcW w:w="2409"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09E0F133" w14:textId="77777777" w:rsidR="007F76DA" w:rsidRPr="00D23342" w:rsidRDefault="003065F4">
            <w:pPr>
              <w:spacing w:after="0"/>
              <w:rPr>
                <w:sz w:val="18"/>
                <w:szCs w:val="18"/>
              </w:rPr>
            </w:pPr>
            <w:r w:rsidRPr="00D23342">
              <w:rPr>
                <w:rFonts w:eastAsia="Arial"/>
                <w:b/>
                <w:color w:val="AD0049"/>
                <w:sz w:val="18"/>
                <w:szCs w:val="18"/>
              </w:rPr>
              <w:t>Cell phone</w:t>
            </w:r>
          </w:p>
        </w:tc>
        <w:tc>
          <w:tcPr>
            <w:tcW w:w="2855"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1591D7F8" w14:textId="77777777" w:rsidR="007F76DA" w:rsidRPr="00D23342" w:rsidRDefault="007F76DA">
            <w:pPr>
              <w:spacing w:after="0"/>
              <w:rPr>
                <w:sz w:val="18"/>
                <w:szCs w:val="18"/>
              </w:rPr>
            </w:pPr>
          </w:p>
        </w:tc>
      </w:tr>
      <w:tr w:rsidR="007F76DA" w:rsidRPr="00D23342" w14:paraId="2BC63936" w14:textId="77777777" w:rsidTr="00997B35">
        <w:tblPrEx>
          <w:tblCellMar>
            <w:top w:w="90" w:type="dxa"/>
            <w:bottom w:w="90" w:type="dxa"/>
          </w:tblCellMar>
        </w:tblPrEx>
        <w:trPr>
          <w:cantSplit/>
        </w:trPr>
        <w:tc>
          <w:tcPr>
            <w:tcW w:w="835" w:type="dxa"/>
            <w:shd w:val="clear" w:color="auto" w:fill="AD0049"/>
            <w:vAlign w:val="center"/>
          </w:tcPr>
          <w:p w14:paraId="68561EAE" w14:textId="77777777" w:rsidR="007F76DA" w:rsidRPr="00D23342" w:rsidRDefault="003065F4">
            <w:pPr>
              <w:spacing w:after="0"/>
              <w:jc w:val="center"/>
            </w:pPr>
            <w:r w:rsidRPr="00D23342">
              <w:rPr>
                <w:rFonts w:eastAsia="Arial"/>
                <w:b/>
                <w:color w:val="FFFFFF"/>
                <w:sz w:val="22"/>
              </w:rPr>
              <w:t>B</w:t>
            </w:r>
          </w:p>
        </w:tc>
        <w:tc>
          <w:tcPr>
            <w:tcW w:w="9958" w:type="dxa"/>
            <w:gridSpan w:val="4"/>
            <w:shd w:val="clear" w:color="auto" w:fill="D9B262"/>
            <w:vAlign w:val="center"/>
          </w:tcPr>
          <w:p w14:paraId="4AE3F957" w14:textId="77777777" w:rsidR="007F76DA" w:rsidRPr="00D23342" w:rsidRDefault="003065F4">
            <w:pPr>
              <w:spacing w:after="0"/>
            </w:pPr>
            <w:r w:rsidRPr="00D23342">
              <w:rPr>
                <w:rFonts w:eastAsia="Arial"/>
                <w:b/>
                <w:color w:val="AD0049"/>
                <w:sz w:val="24"/>
              </w:rPr>
              <w:t>FUNDING WINDOW–SPECIFIC INFORMATION</w:t>
            </w:r>
          </w:p>
          <w:p w14:paraId="26E14950" w14:textId="791B450C" w:rsidR="007F76DA" w:rsidRPr="00D23342" w:rsidRDefault="003065F4">
            <w:pPr>
              <w:spacing w:after="0"/>
            </w:pPr>
            <w:r w:rsidRPr="00D23342">
              <w:rPr>
                <w:rFonts w:eastAsia="Arial"/>
                <w:i/>
                <w:color w:val="666666"/>
                <w:sz w:val="15"/>
              </w:rPr>
              <w:t>Unemployed Beneficiaries on Programmes – Strategic Projects &amp; Collaborative Partnerships</w:t>
            </w:r>
          </w:p>
        </w:tc>
      </w:tr>
    </w:tbl>
    <w:p w14:paraId="6E8D9A77" w14:textId="77777777" w:rsidR="007F76DA" w:rsidRPr="00D23342" w:rsidRDefault="007F76DA">
      <w:pPr>
        <w:spacing w:after="60"/>
      </w:pPr>
    </w:p>
    <w:tbl>
      <w:tblPr>
        <w:tblW w:w="10780" w:type="dxa"/>
        <w:tblLayout w:type="fixed"/>
        <w:tblCellMar>
          <w:top w:w="100" w:type="dxa"/>
          <w:left w:w="120" w:type="dxa"/>
          <w:bottom w:w="100" w:type="dxa"/>
          <w:right w:w="120" w:type="dxa"/>
        </w:tblCellMar>
        <w:tblLook w:val="04A0" w:firstRow="1" w:lastRow="0" w:firstColumn="1" w:lastColumn="0" w:noHBand="0" w:noVBand="1"/>
      </w:tblPr>
      <w:tblGrid>
        <w:gridCol w:w="10780"/>
      </w:tblGrid>
      <w:tr w:rsidR="007F76DA" w:rsidRPr="00D23342" w14:paraId="45397162" w14:textId="77777777" w:rsidTr="001F6468">
        <w:trPr>
          <w:cantSplit/>
        </w:trPr>
        <w:tc>
          <w:tcPr>
            <w:tcW w:w="10780" w:type="dxa"/>
            <w:tcBorders>
              <w:top w:val="single" w:sz="10" w:space="0" w:color="D9B262"/>
              <w:left w:val="single" w:sz="10" w:space="0" w:color="D9B262"/>
              <w:bottom w:val="single" w:sz="10" w:space="0" w:color="D9B262"/>
              <w:right w:val="single" w:sz="10" w:space="0" w:color="D9B262"/>
            </w:tcBorders>
            <w:shd w:val="clear" w:color="auto" w:fill="FBF8EF"/>
          </w:tcPr>
          <w:p w14:paraId="590B3C83" w14:textId="77777777" w:rsidR="00D23342" w:rsidRPr="00D23342" w:rsidRDefault="003065F4" w:rsidP="00EE6152">
            <w:pPr>
              <w:spacing w:after="0"/>
              <w:rPr>
                <w:rFonts w:eastAsia="Arial"/>
                <w:b/>
                <w:color w:val="AD0049"/>
                <w:sz w:val="16"/>
                <w:szCs w:val="16"/>
              </w:rPr>
            </w:pPr>
            <w:r w:rsidRPr="00D23342">
              <w:rPr>
                <w:rFonts w:eastAsia="Arial"/>
                <w:b/>
                <w:color w:val="AD0049"/>
                <w:sz w:val="16"/>
                <w:szCs w:val="16"/>
              </w:rPr>
              <w:t>Funding Window briefly:</w:t>
            </w:r>
          </w:p>
          <w:p w14:paraId="17D346BF" w14:textId="678455B9" w:rsidR="00D23342" w:rsidRPr="00D23342" w:rsidRDefault="00D23342" w:rsidP="00D2334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Purpose: Support National Priorities and BANKSETA strategic outcomes through impact-driven, creative, innovative and/or immediate skills-development interventions</w:t>
            </w:r>
          </w:p>
          <w:p w14:paraId="66ACBAD8" w14:textId="7A62E50E" w:rsidR="00D23342" w:rsidRPr="00D23342" w:rsidRDefault="00D23342" w:rsidP="00D2334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Beneficiaries: Unemployed persons under 35 years of age holding South African identity documents. BANKSETA will prioritise persons with disabilities, women and rural areas</w:t>
            </w:r>
          </w:p>
          <w:p w14:paraId="20B38538" w14:textId="4AC48C3C" w:rsidR="00D23342" w:rsidRPr="00D23342" w:rsidRDefault="00D23342" w:rsidP="00D2334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Programme categories: Skills Programmes</w:t>
            </w:r>
            <w:r w:rsidR="000C44E1">
              <w:rPr>
                <w:rFonts w:eastAsia="Arial"/>
                <w:bCs/>
                <w:color w:val="AD0049"/>
                <w:sz w:val="16"/>
                <w:szCs w:val="16"/>
              </w:rPr>
              <w:t xml:space="preserve"> (Registered/Non-Registered</w:t>
            </w:r>
            <w:r w:rsidRPr="00D23342">
              <w:rPr>
                <w:rFonts w:eastAsia="Arial"/>
                <w:bCs/>
                <w:color w:val="AD0049"/>
                <w:sz w:val="16"/>
                <w:szCs w:val="16"/>
              </w:rPr>
              <w:t>; AI Bursaries; and Graduate &amp; Youth Employment Transition / Work Readiness Programmes</w:t>
            </w:r>
          </w:p>
          <w:p w14:paraId="3D7A593A" w14:textId="0B706404" w:rsidR="00D23342" w:rsidRPr="00D23342" w:rsidRDefault="00D23342" w:rsidP="00D2334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Funding: Skills Programmes capped at R30 000 per beneficiary; AI Bursaries capped at R80 000 per beneficiary; Work Readiness Programmes capped at R15 000 per beneficiary</w:t>
            </w:r>
          </w:p>
          <w:p w14:paraId="7C5959DC" w14:textId="5CDB16C9" w:rsidR="00D23342" w:rsidRPr="00D23342" w:rsidRDefault="00D23342" w:rsidP="00D2334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Duration: Skills Programmes – not longer than 6 months; AI Bursaries – 6 to 12 months; Work Readiness – minimum 2 weeks of structured learning with assessment, practical outputs and a certificate of completion</w:t>
            </w:r>
          </w:p>
          <w:p w14:paraId="446F0D42" w14:textId="77777777" w:rsidR="00D23342" w:rsidRPr="00D23342" w:rsidRDefault="00D23342" w:rsidP="00D23342">
            <w:pPr>
              <w:pStyle w:val="ListParagraph"/>
              <w:numPr>
                <w:ilvl w:val="0"/>
                <w:numId w:val="12"/>
              </w:numPr>
              <w:spacing w:after="0"/>
              <w:ind w:left="359"/>
              <w:rPr>
                <w:rFonts w:eastAsia="Arial"/>
                <w:bCs/>
                <w:color w:val="AD0049"/>
                <w:sz w:val="16"/>
                <w:szCs w:val="16"/>
              </w:rPr>
            </w:pPr>
            <w:r w:rsidRPr="00D23342">
              <w:rPr>
                <w:rFonts w:eastAsia="Arial"/>
                <w:bCs/>
                <w:color w:val="AD0049"/>
                <w:sz w:val="16"/>
                <w:szCs w:val="16"/>
              </w:rPr>
              <w:t>Delivery: All programmes must be delivered in person</w:t>
            </w:r>
          </w:p>
          <w:p w14:paraId="496BBCDE" w14:textId="4E53FA57" w:rsidR="00EE6152" w:rsidRPr="00D23342" w:rsidRDefault="00D23342" w:rsidP="00D23342">
            <w:pPr>
              <w:spacing w:after="0"/>
              <w:ind w:left="-1"/>
              <w:rPr>
                <w:rFonts w:eastAsia="Arial"/>
                <w:bCs/>
                <w:color w:val="AD0049"/>
                <w:sz w:val="16"/>
                <w:szCs w:val="16"/>
              </w:rPr>
            </w:pPr>
            <w:r w:rsidRPr="00D23342">
              <w:rPr>
                <w:rFonts w:eastAsia="Arial"/>
                <w:bCs/>
                <w:color w:val="AD0049"/>
                <w:sz w:val="16"/>
                <w:szCs w:val="16"/>
              </w:rPr>
              <w:t>Important: Applicants may apply for only one programme category. Funding is subject to budget availability, applicable caps and eligible training-related costs</w:t>
            </w:r>
          </w:p>
        </w:tc>
      </w:tr>
    </w:tbl>
    <w:p w14:paraId="47BF832F" w14:textId="77777777" w:rsidR="007F76DA" w:rsidRPr="00D23342" w:rsidRDefault="007F76DA">
      <w:pPr>
        <w:spacing w:after="60"/>
        <w:sectPr w:rsidR="007F76DA" w:rsidRPr="00D23342" w:rsidSect="001F6468">
          <w:headerReference w:type="default" r:id="rId12"/>
          <w:footerReference w:type="default" r:id="rId13"/>
          <w:headerReference w:type="first" r:id="rId14"/>
          <w:footerReference w:type="first" r:id="rId15"/>
          <w:pgSz w:w="11906" w:h="16838"/>
          <w:pgMar w:top="794" w:right="567" w:bottom="794" w:left="567" w:header="720" w:footer="720" w:gutter="0"/>
          <w:cols w:space="720"/>
          <w:formProt w:val="0"/>
          <w:docGrid w:linePitch="360"/>
        </w:sectPr>
      </w:pPr>
    </w:p>
    <w:tbl>
      <w:tblPr>
        <w:tblW w:w="15804" w:type="dxa"/>
        <w:tblInd w:w="-294" w:type="dxa"/>
        <w:tblLayout w:type="fixed"/>
        <w:tblCellMar>
          <w:top w:w="70" w:type="dxa"/>
          <w:left w:w="90" w:type="dxa"/>
          <w:bottom w:w="70" w:type="dxa"/>
          <w:right w:w="90" w:type="dxa"/>
        </w:tblCellMar>
        <w:tblLook w:val="04A0" w:firstRow="1" w:lastRow="0" w:firstColumn="1" w:lastColumn="0" w:noHBand="0" w:noVBand="1"/>
      </w:tblPr>
      <w:tblGrid>
        <w:gridCol w:w="1035"/>
        <w:gridCol w:w="14769"/>
      </w:tblGrid>
      <w:tr w:rsidR="007F76DA" w:rsidRPr="00D23342" w14:paraId="65F9EFB2" w14:textId="77777777" w:rsidTr="001F6468">
        <w:trPr>
          <w:cantSplit/>
        </w:trPr>
        <w:tc>
          <w:tcPr>
            <w:tcW w:w="1035" w:type="dxa"/>
            <w:shd w:val="clear" w:color="auto" w:fill="AD0049"/>
            <w:vAlign w:val="center"/>
          </w:tcPr>
          <w:p w14:paraId="19187FF6" w14:textId="77777777" w:rsidR="007F76DA" w:rsidRPr="00D23342" w:rsidRDefault="0063241C">
            <w:pPr>
              <w:spacing w:after="0"/>
              <w:jc w:val="center"/>
            </w:pPr>
            <w:r w:rsidRPr="00D23342">
              <w:rPr>
                <w:rFonts w:eastAsia="Arial"/>
                <w:b/>
                <w:color w:val="FFFFFF"/>
                <w:sz w:val="20"/>
              </w:rPr>
              <w:lastRenderedPageBreak/>
              <w:t>1</w:t>
            </w:r>
          </w:p>
        </w:tc>
        <w:tc>
          <w:tcPr>
            <w:tcW w:w="14769" w:type="dxa"/>
            <w:shd w:val="clear" w:color="auto" w:fill="D9B262"/>
            <w:tcMar>
              <w:top w:w="0" w:type="dxa"/>
              <w:left w:w="108" w:type="dxa"/>
              <w:bottom w:w="0" w:type="dxa"/>
              <w:right w:w="108" w:type="dxa"/>
            </w:tcMar>
            <w:vAlign w:val="center"/>
          </w:tcPr>
          <w:p w14:paraId="5BF1CAB2" w14:textId="77777777" w:rsidR="00B80360" w:rsidRPr="00D23342" w:rsidRDefault="003065F4">
            <w:pPr>
              <w:spacing w:after="0"/>
              <w:rPr>
                <w:b/>
                <w:color w:val="AD0049"/>
                <w:sz w:val="20"/>
              </w:rPr>
            </w:pPr>
            <w:r w:rsidRPr="00D23342">
              <w:rPr>
                <w:rFonts w:eastAsia="Arial"/>
                <w:b/>
                <w:color w:val="AD0049"/>
                <w:sz w:val="20"/>
              </w:rPr>
              <w:t>Programme, Beneficiary and Funding Details</w:t>
            </w:r>
            <w:r w:rsidRPr="00D23342">
              <w:rPr>
                <w:rFonts w:eastAsia="Arial"/>
                <w:b/>
                <w:color w:val="AD0049"/>
                <w:sz w:val="20"/>
              </w:rPr>
              <w:br/>
            </w:r>
            <w:r w:rsidRPr="00D23342">
              <w:rPr>
                <w:rFonts w:eastAsia="Arial"/>
                <w:i/>
                <w:color w:val="666666"/>
                <w:sz w:val="15"/>
              </w:rPr>
              <w:t>Complete one row for the programme category selected</w:t>
            </w:r>
            <w:r w:rsidR="00E351DE" w:rsidRPr="00D23342">
              <w:rPr>
                <w:rFonts w:eastAsia="Arial"/>
                <w:i/>
                <w:color w:val="666666"/>
                <w:sz w:val="15"/>
              </w:rPr>
              <w:t>.</w:t>
            </w:r>
          </w:p>
        </w:tc>
      </w:tr>
    </w:tbl>
    <w:p w14:paraId="406D621F" w14:textId="77777777" w:rsidR="007F76DA" w:rsidRPr="00D23342" w:rsidRDefault="007F76DA">
      <w:pPr>
        <w:spacing w:after="0" w:line="100" w:lineRule="exact"/>
      </w:pPr>
    </w:p>
    <w:p w14:paraId="3F5A0CAA" w14:textId="77777777" w:rsidR="007F76DA" w:rsidRPr="00D23342" w:rsidRDefault="007F76DA">
      <w:pPr>
        <w:spacing w:after="0" w:line="100" w:lineRule="exact"/>
      </w:pPr>
    </w:p>
    <w:tbl>
      <w:tblPr>
        <w:tblW w:w="15776" w:type="dxa"/>
        <w:tblInd w:w="-274" w:type="dxa"/>
        <w:tblLayout w:type="fixed"/>
        <w:tblLook w:val="04A0" w:firstRow="1" w:lastRow="0" w:firstColumn="1" w:lastColumn="0" w:noHBand="0" w:noVBand="1"/>
      </w:tblPr>
      <w:tblGrid>
        <w:gridCol w:w="2676"/>
        <w:gridCol w:w="2213"/>
        <w:gridCol w:w="1134"/>
        <w:gridCol w:w="515"/>
        <w:gridCol w:w="1276"/>
        <w:gridCol w:w="709"/>
        <w:gridCol w:w="708"/>
        <w:gridCol w:w="709"/>
        <w:gridCol w:w="709"/>
        <w:gridCol w:w="992"/>
        <w:gridCol w:w="1134"/>
        <w:gridCol w:w="1427"/>
        <w:gridCol w:w="1574"/>
      </w:tblGrid>
      <w:tr w:rsidR="00684532" w:rsidRPr="00D23342" w14:paraId="1D3D1A0A" w14:textId="77777777" w:rsidTr="00AF28D5">
        <w:trPr>
          <w:cantSplit/>
          <w:trHeight w:val="1759"/>
          <w:tblHeader/>
        </w:trPr>
        <w:tc>
          <w:tcPr>
            <w:tcW w:w="2676" w:type="dxa"/>
            <w:tcBorders>
              <w:top w:val="single" w:sz="6" w:space="0" w:color="BBB2A6"/>
              <w:left w:val="single" w:sz="6" w:space="0" w:color="BBB2A6"/>
              <w:bottom w:val="single" w:sz="6" w:space="0" w:color="BBB2A6"/>
              <w:right w:val="single" w:sz="6" w:space="0" w:color="BBB2A6"/>
            </w:tcBorders>
            <w:shd w:val="clear" w:color="auto" w:fill="AD0049"/>
            <w:vAlign w:val="center"/>
          </w:tcPr>
          <w:p w14:paraId="7CA4A195" w14:textId="5061091A" w:rsidR="00684532" w:rsidRPr="00D23342" w:rsidRDefault="00684532" w:rsidP="000E09FC">
            <w:pPr>
              <w:spacing w:after="0"/>
              <w:jc w:val="center"/>
              <w:rPr>
                <w:sz w:val="18"/>
                <w:szCs w:val="18"/>
              </w:rPr>
            </w:pPr>
            <w:r w:rsidRPr="00D23342">
              <w:rPr>
                <w:rFonts w:eastAsia="Arial"/>
                <w:b/>
                <w:color w:val="FFFFFF"/>
                <w:sz w:val="18"/>
                <w:szCs w:val="18"/>
              </w:rPr>
              <w:t>Programme Category (Skills Programme</w:t>
            </w:r>
            <w:r>
              <w:rPr>
                <w:rFonts w:eastAsia="Arial"/>
                <w:b/>
                <w:color w:val="FFFFFF"/>
                <w:sz w:val="18"/>
                <w:szCs w:val="18"/>
              </w:rPr>
              <w:t xml:space="preserve"> (Registered/Non-Registered</w:t>
            </w:r>
            <w:r w:rsidRPr="00D23342">
              <w:rPr>
                <w:rFonts w:eastAsia="Arial"/>
                <w:b/>
                <w:color w:val="FFFFFF"/>
                <w:sz w:val="18"/>
                <w:szCs w:val="18"/>
              </w:rPr>
              <w:t>, AI Bursary or Graduate &amp; Youth Employment Transition / Work Readiness)</w:t>
            </w:r>
          </w:p>
        </w:tc>
        <w:tc>
          <w:tcPr>
            <w:tcW w:w="2213"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52D7CA70" w14:textId="77777777" w:rsidR="00684532" w:rsidRPr="00D23342" w:rsidRDefault="00684532" w:rsidP="00684532">
            <w:pPr>
              <w:spacing w:after="0"/>
              <w:ind w:left="113" w:right="113"/>
              <w:jc w:val="center"/>
              <w:rPr>
                <w:rFonts w:eastAsia="Arial"/>
                <w:b/>
                <w:color w:val="FFFFFF"/>
                <w:sz w:val="18"/>
                <w:szCs w:val="18"/>
              </w:rPr>
            </w:pPr>
            <w:r w:rsidRPr="00D23342">
              <w:rPr>
                <w:rFonts w:eastAsia="Arial"/>
                <w:b/>
                <w:color w:val="FFFFFF"/>
                <w:sz w:val="18"/>
                <w:szCs w:val="18"/>
              </w:rPr>
              <w:t>Programme / Intervention Name</w:t>
            </w:r>
          </w:p>
        </w:tc>
        <w:tc>
          <w:tcPr>
            <w:tcW w:w="1134"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3E6BF73F" w14:textId="6DD6DDB0" w:rsidR="00684532" w:rsidRPr="00D23342" w:rsidRDefault="00684532" w:rsidP="00684532">
            <w:pPr>
              <w:spacing w:after="0"/>
              <w:ind w:left="113" w:right="113"/>
              <w:jc w:val="center"/>
              <w:rPr>
                <w:rFonts w:eastAsia="Arial"/>
                <w:b/>
                <w:color w:val="FFFFFF"/>
                <w:sz w:val="18"/>
                <w:szCs w:val="18"/>
              </w:rPr>
            </w:pPr>
            <w:r>
              <w:rPr>
                <w:rFonts w:eastAsia="Arial"/>
                <w:b/>
                <w:color w:val="FFFFFF"/>
                <w:sz w:val="18"/>
                <w:szCs w:val="18"/>
              </w:rPr>
              <w:t>Municipality where training will take place</w:t>
            </w:r>
          </w:p>
        </w:tc>
        <w:tc>
          <w:tcPr>
            <w:tcW w:w="515"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76E3E41F" w14:textId="122A025A" w:rsidR="00684532" w:rsidRPr="00D23342" w:rsidRDefault="00684532" w:rsidP="00684532">
            <w:pPr>
              <w:spacing w:after="0"/>
              <w:ind w:left="113" w:right="113"/>
              <w:jc w:val="center"/>
              <w:rPr>
                <w:rFonts w:eastAsia="Arial"/>
                <w:b/>
                <w:color w:val="FFFFFF"/>
                <w:sz w:val="18"/>
                <w:szCs w:val="18"/>
              </w:rPr>
            </w:pPr>
            <w:r>
              <w:rPr>
                <w:rFonts w:eastAsia="Arial"/>
                <w:b/>
                <w:color w:val="FFFFFF"/>
                <w:sz w:val="18"/>
                <w:szCs w:val="18"/>
              </w:rPr>
              <w:t>Urban/Rural</w:t>
            </w:r>
          </w:p>
        </w:tc>
        <w:tc>
          <w:tcPr>
            <w:tcW w:w="1276"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3B7E0786" w14:textId="0DC9335A" w:rsidR="00684532" w:rsidRPr="00D23342" w:rsidRDefault="00684532" w:rsidP="00684532">
            <w:pPr>
              <w:spacing w:after="0"/>
              <w:ind w:left="113" w:right="113"/>
              <w:jc w:val="center"/>
              <w:rPr>
                <w:rFonts w:eastAsia="Arial"/>
                <w:b/>
                <w:color w:val="FFFFFF"/>
                <w:sz w:val="18"/>
                <w:szCs w:val="18"/>
              </w:rPr>
            </w:pPr>
            <w:r w:rsidRPr="00D23342">
              <w:rPr>
                <w:rFonts w:eastAsia="Arial"/>
                <w:b/>
                <w:color w:val="FFFFFF"/>
                <w:sz w:val="18"/>
                <w:szCs w:val="18"/>
              </w:rPr>
              <w:t xml:space="preserve">Programme Duration </w:t>
            </w:r>
            <w:r>
              <w:rPr>
                <w:rFonts w:eastAsia="Arial"/>
                <w:b/>
                <w:color w:val="FFFFFF"/>
                <w:sz w:val="18"/>
                <w:szCs w:val="18"/>
              </w:rPr>
              <w:t xml:space="preserve">Total </w:t>
            </w:r>
            <w:r w:rsidR="00911D71" w:rsidRPr="00911D71">
              <w:rPr>
                <w:rFonts w:eastAsia="Arial"/>
                <w:bCs/>
                <w:i/>
                <w:iCs/>
                <w:color w:val="FFFFFF"/>
                <w:sz w:val="16"/>
                <w:szCs w:val="16"/>
              </w:rPr>
              <w:t>(Months/Weeks/Days)</w:t>
            </w:r>
          </w:p>
        </w:tc>
        <w:tc>
          <w:tcPr>
            <w:tcW w:w="709"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444B8ADD" w14:textId="06C499D3" w:rsidR="00684532" w:rsidRPr="00D23342" w:rsidRDefault="00684532" w:rsidP="00684532">
            <w:pPr>
              <w:spacing w:after="0"/>
              <w:ind w:left="113" w:right="113"/>
              <w:jc w:val="center"/>
              <w:rPr>
                <w:rFonts w:eastAsia="Arial"/>
                <w:b/>
                <w:color w:val="FFFFFF"/>
                <w:sz w:val="18"/>
                <w:szCs w:val="18"/>
              </w:rPr>
            </w:pPr>
            <w:r>
              <w:rPr>
                <w:rFonts w:eastAsia="Arial"/>
                <w:b/>
                <w:color w:val="FFFFFF"/>
                <w:sz w:val="18"/>
                <w:szCs w:val="18"/>
              </w:rPr>
              <w:t>No of Training Days</w:t>
            </w:r>
          </w:p>
        </w:tc>
        <w:tc>
          <w:tcPr>
            <w:tcW w:w="708"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6CF37B8A" w14:textId="105C6997" w:rsidR="00684532" w:rsidRPr="00D23342" w:rsidRDefault="00684532" w:rsidP="00684532">
            <w:pPr>
              <w:spacing w:after="0"/>
              <w:ind w:left="113" w:right="113"/>
              <w:jc w:val="center"/>
              <w:rPr>
                <w:sz w:val="18"/>
                <w:szCs w:val="18"/>
              </w:rPr>
            </w:pPr>
            <w:r w:rsidRPr="00D23342">
              <w:rPr>
                <w:rFonts w:eastAsia="Arial"/>
                <w:b/>
                <w:color w:val="FFFFFF"/>
                <w:sz w:val="18"/>
                <w:szCs w:val="18"/>
              </w:rPr>
              <w:t>Start Date</w:t>
            </w:r>
          </w:p>
        </w:tc>
        <w:tc>
          <w:tcPr>
            <w:tcW w:w="709"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53D7517F" w14:textId="77777777" w:rsidR="00684532" w:rsidRPr="00D23342" w:rsidRDefault="00684532" w:rsidP="00684532">
            <w:pPr>
              <w:spacing w:after="0"/>
              <w:ind w:left="113" w:right="113"/>
              <w:jc w:val="center"/>
              <w:rPr>
                <w:rFonts w:eastAsia="Arial"/>
                <w:b/>
                <w:color w:val="FFFFFF"/>
                <w:sz w:val="18"/>
                <w:szCs w:val="18"/>
              </w:rPr>
            </w:pPr>
            <w:r w:rsidRPr="00D23342">
              <w:rPr>
                <w:rFonts w:eastAsia="Arial"/>
                <w:b/>
                <w:color w:val="FFFFFF"/>
                <w:sz w:val="18"/>
                <w:szCs w:val="18"/>
              </w:rPr>
              <w:t>End Date</w:t>
            </w:r>
          </w:p>
        </w:tc>
        <w:tc>
          <w:tcPr>
            <w:tcW w:w="709"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065E526D" w14:textId="77777777" w:rsidR="00684532" w:rsidRPr="00D23342" w:rsidRDefault="00684532" w:rsidP="00684532">
            <w:pPr>
              <w:spacing w:after="0"/>
              <w:ind w:left="113" w:right="113"/>
              <w:jc w:val="center"/>
              <w:rPr>
                <w:sz w:val="18"/>
                <w:szCs w:val="18"/>
              </w:rPr>
            </w:pPr>
            <w:r w:rsidRPr="00D23342">
              <w:rPr>
                <w:rFonts w:eastAsia="Arial"/>
                <w:b/>
                <w:color w:val="FFFFFF"/>
                <w:sz w:val="18"/>
                <w:szCs w:val="18"/>
              </w:rPr>
              <w:t>No. of Beneficiaries</w:t>
            </w:r>
          </w:p>
        </w:tc>
        <w:tc>
          <w:tcPr>
            <w:tcW w:w="992" w:type="dxa"/>
            <w:tcBorders>
              <w:top w:val="single" w:sz="6" w:space="0" w:color="BBB2A6"/>
              <w:left w:val="single" w:sz="6" w:space="0" w:color="BBB2A6"/>
              <w:bottom w:val="single" w:sz="6" w:space="0" w:color="BBB2A6"/>
              <w:right w:val="single" w:sz="6" w:space="0" w:color="BBB2A6"/>
            </w:tcBorders>
            <w:shd w:val="clear" w:color="auto" w:fill="AD0049"/>
            <w:textDirection w:val="btLr"/>
          </w:tcPr>
          <w:p w14:paraId="608C96C7" w14:textId="290D1C08" w:rsidR="00684532" w:rsidRPr="00D23342" w:rsidRDefault="00684532" w:rsidP="00684532">
            <w:pPr>
              <w:spacing w:after="0"/>
              <w:ind w:left="113" w:right="113"/>
              <w:rPr>
                <w:rFonts w:eastAsia="Arial"/>
                <w:b/>
                <w:color w:val="FFFFFF"/>
                <w:sz w:val="18"/>
                <w:szCs w:val="18"/>
              </w:rPr>
            </w:pPr>
            <w:r>
              <w:rPr>
                <w:rFonts w:eastAsia="Arial"/>
                <w:b/>
                <w:color w:val="FFFFFF"/>
                <w:sz w:val="18"/>
                <w:szCs w:val="18"/>
              </w:rPr>
              <w:t>% of Beneficiaries with disabilities</w:t>
            </w:r>
          </w:p>
        </w:tc>
        <w:tc>
          <w:tcPr>
            <w:tcW w:w="1134" w:type="dxa"/>
            <w:tcBorders>
              <w:top w:val="single" w:sz="6" w:space="0" w:color="BBB2A6"/>
              <w:left w:val="single" w:sz="6" w:space="0" w:color="BBB2A6"/>
              <w:bottom w:val="single" w:sz="6" w:space="0" w:color="BBB2A6"/>
              <w:right w:val="single" w:sz="6" w:space="0" w:color="BBB2A6"/>
            </w:tcBorders>
            <w:shd w:val="clear" w:color="auto" w:fill="AD0049"/>
            <w:textDirection w:val="btLr"/>
          </w:tcPr>
          <w:p w14:paraId="005314BD" w14:textId="3A8C1F7A" w:rsidR="00684532" w:rsidRPr="00D23342" w:rsidRDefault="00684532" w:rsidP="00684532">
            <w:pPr>
              <w:spacing w:after="0"/>
              <w:ind w:left="113" w:right="113"/>
              <w:jc w:val="center"/>
              <w:rPr>
                <w:rFonts w:eastAsia="Arial"/>
                <w:b/>
                <w:color w:val="FFFFFF"/>
                <w:sz w:val="18"/>
                <w:szCs w:val="18"/>
              </w:rPr>
            </w:pPr>
            <w:r>
              <w:rPr>
                <w:rFonts w:eastAsia="Arial"/>
                <w:b/>
                <w:color w:val="FFFFFF"/>
                <w:sz w:val="18"/>
                <w:szCs w:val="18"/>
              </w:rPr>
              <w:t>% of Beneficiaries Female</w:t>
            </w:r>
          </w:p>
        </w:tc>
        <w:tc>
          <w:tcPr>
            <w:tcW w:w="1427"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6B8CD88A" w14:textId="7479D0FB" w:rsidR="00684532" w:rsidRPr="00D23342" w:rsidRDefault="00684532" w:rsidP="00684532">
            <w:pPr>
              <w:spacing w:after="0"/>
              <w:ind w:left="113" w:right="113"/>
              <w:jc w:val="center"/>
              <w:rPr>
                <w:rFonts w:eastAsia="Arial"/>
                <w:b/>
                <w:color w:val="FFFFFF"/>
                <w:sz w:val="18"/>
                <w:szCs w:val="18"/>
              </w:rPr>
            </w:pPr>
            <w:r w:rsidRPr="00D23342">
              <w:rPr>
                <w:rFonts w:eastAsia="Arial"/>
                <w:b/>
                <w:color w:val="FFFFFF"/>
                <w:sz w:val="18"/>
                <w:szCs w:val="18"/>
              </w:rPr>
              <w:t>Cost per Beneficiary (R)</w:t>
            </w:r>
            <w:r w:rsidRPr="00D23342">
              <w:rPr>
                <w:rFonts w:eastAsia="Arial"/>
                <w:b/>
                <w:color w:val="FFFFFF"/>
                <w:sz w:val="18"/>
                <w:szCs w:val="18"/>
              </w:rPr>
              <w:br/>
            </w:r>
            <w:r w:rsidRPr="00D23342">
              <w:rPr>
                <w:rFonts w:eastAsia="Arial"/>
                <w:bCs/>
                <w:i/>
                <w:iCs/>
                <w:color w:val="FFFFFF"/>
                <w:sz w:val="16"/>
                <w:szCs w:val="16"/>
              </w:rPr>
              <w:t>(VAT inclusive; subject to applicable cap)</w:t>
            </w:r>
          </w:p>
        </w:tc>
        <w:tc>
          <w:tcPr>
            <w:tcW w:w="1574" w:type="dxa"/>
            <w:tcBorders>
              <w:top w:val="single" w:sz="6" w:space="0" w:color="BBB2A6"/>
              <w:left w:val="single" w:sz="6" w:space="0" w:color="BBB2A6"/>
              <w:bottom w:val="single" w:sz="6" w:space="0" w:color="BBB2A6"/>
              <w:right w:val="single" w:sz="6" w:space="0" w:color="BBB2A6"/>
            </w:tcBorders>
            <w:shd w:val="clear" w:color="auto" w:fill="AD0049"/>
            <w:textDirection w:val="btLr"/>
            <w:vAlign w:val="center"/>
          </w:tcPr>
          <w:p w14:paraId="4242F1A5" w14:textId="77777777" w:rsidR="00684532" w:rsidRPr="00D23342" w:rsidRDefault="00684532" w:rsidP="00684532">
            <w:pPr>
              <w:spacing w:after="0"/>
              <w:ind w:left="113" w:right="113"/>
              <w:jc w:val="center"/>
              <w:rPr>
                <w:sz w:val="18"/>
                <w:szCs w:val="18"/>
                <w:highlight w:val="yellow"/>
              </w:rPr>
            </w:pPr>
            <w:r w:rsidRPr="00D23342">
              <w:rPr>
                <w:rFonts w:eastAsia="Arial"/>
                <w:b/>
                <w:color w:val="FFFFFF"/>
                <w:sz w:val="18"/>
                <w:szCs w:val="18"/>
              </w:rPr>
              <w:t>Total Requested (R)</w:t>
            </w:r>
          </w:p>
        </w:tc>
      </w:tr>
      <w:tr w:rsidR="00684532" w:rsidRPr="00D23342" w14:paraId="4C8188F1" w14:textId="77777777" w:rsidTr="00AF28D5">
        <w:trPr>
          <w:cantSplit/>
        </w:trPr>
        <w:tc>
          <w:tcPr>
            <w:tcW w:w="2676" w:type="dxa"/>
            <w:tcBorders>
              <w:top w:val="single" w:sz="6" w:space="0" w:color="BBB2A6"/>
              <w:left w:val="single" w:sz="6" w:space="0" w:color="BBB2A6"/>
              <w:bottom w:val="single" w:sz="6" w:space="0" w:color="BBB2A6"/>
              <w:right w:val="single" w:sz="6" w:space="0" w:color="BBB2A6"/>
            </w:tcBorders>
            <w:vAlign w:val="center"/>
          </w:tcPr>
          <w:p w14:paraId="4C1CB5F8" w14:textId="77777777" w:rsidR="00684532" w:rsidRPr="00D23342" w:rsidRDefault="00684532" w:rsidP="002F1FF3">
            <w:pPr>
              <w:spacing w:after="0"/>
            </w:pPr>
          </w:p>
        </w:tc>
        <w:tc>
          <w:tcPr>
            <w:tcW w:w="2213" w:type="dxa"/>
            <w:tcBorders>
              <w:top w:val="single" w:sz="6" w:space="0" w:color="BBB2A6"/>
              <w:left w:val="single" w:sz="6" w:space="0" w:color="BBB2A6"/>
              <w:bottom w:val="single" w:sz="6" w:space="0" w:color="BBB2A6"/>
              <w:right w:val="single" w:sz="6" w:space="0" w:color="BBB2A6"/>
            </w:tcBorders>
          </w:tcPr>
          <w:p w14:paraId="047DB7C0" w14:textId="77777777" w:rsidR="00684532" w:rsidRPr="00D23342" w:rsidRDefault="00684532">
            <w:pPr>
              <w:spacing w:after="0"/>
              <w:jc w:val="center"/>
            </w:pPr>
          </w:p>
        </w:tc>
        <w:tc>
          <w:tcPr>
            <w:tcW w:w="1134" w:type="dxa"/>
            <w:tcBorders>
              <w:top w:val="single" w:sz="6" w:space="0" w:color="BBB2A6"/>
              <w:left w:val="single" w:sz="6" w:space="0" w:color="BBB2A6"/>
              <w:bottom w:val="single" w:sz="6" w:space="0" w:color="BBB2A6"/>
              <w:right w:val="single" w:sz="6" w:space="0" w:color="BBB2A6"/>
            </w:tcBorders>
          </w:tcPr>
          <w:p w14:paraId="407D77D7" w14:textId="77777777" w:rsidR="00684532" w:rsidRPr="00D23342" w:rsidRDefault="00684532">
            <w:pPr>
              <w:spacing w:after="0"/>
              <w:jc w:val="center"/>
            </w:pPr>
          </w:p>
        </w:tc>
        <w:tc>
          <w:tcPr>
            <w:tcW w:w="515" w:type="dxa"/>
            <w:tcBorders>
              <w:top w:val="single" w:sz="6" w:space="0" w:color="BBB2A6"/>
              <w:left w:val="single" w:sz="6" w:space="0" w:color="BBB2A6"/>
              <w:bottom w:val="single" w:sz="6" w:space="0" w:color="BBB2A6"/>
              <w:right w:val="single" w:sz="6" w:space="0" w:color="BBB2A6"/>
            </w:tcBorders>
          </w:tcPr>
          <w:p w14:paraId="444D3049" w14:textId="77777777" w:rsidR="00684532" w:rsidRPr="00D23342" w:rsidRDefault="00684532">
            <w:pPr>
              <w:spacing w:after="0"/>
              <w:jc w:val="center"/>
            </w:pPr>
          </w:p>
        </w:tc>
        <w:tc>
          <w:tcPr>
            <w:tcW w:w="1276" w:type="dxa"/>
            <w:tcBorders>
              <w:top w:val="single" w:sz="6" w:space="0" w:color="BBB2A6"/>
              <w:left w:val="single" w:sz="6" w:space="0" w:color="BBB2A6"/>
              <w:bottom w:val="single" w:sz="6" w:space="0" w:color="BBB2A6"/>
              <w:right w:val="single" w:sz="6" w:space="0" w:color="BBB2A6"/>
            </w:tcBorders>
            <w:vAlign w:val="center"/>
          </w:tcPr>
          <w:p w14:paraId="65FEED41" w14:textId="1FB38049" w:rsidR="00684532" w:rsidRPr="00D23342" w:rsidRDefault="00684532">
            <w:pPr>
              <w:spacing w:after="0"/>
              <w:jc w:val="center"/>
            </w:pPr>
          </w:p>
        </w:tc>
        <w:tc>
          <w:tcPr>
            <w:tcW w:w="709" w:type="dxa"/>
            <w:tcBorders>
              <w:top w:val="single" w:sz="6" w:space="0" w:color="BBB2A6"/>
              <w:left w:val="single" w:sz="6" w:space="0" w:color="BBB2A6"/>
              <w:bottom w:val="single" w:sz="6" w:space="0" w:color="BBB2A6"/>
              <w:right w:val="single" w:sz="6" w:space="0" w:color="BBB2A6"/>
            </w:tcBorders>
          </w:tcPr>
          <w:p w14:paraId="29725C07" w14:textId="77777777" w:rsidR="00684532" w:rsidRPr="00D23342" w:rsidRDefault="00684532">
            <w:pPr>
              <w:spacing w:after="0"/>
              <w:jc w:val="center"/>
            </w:pPr>
          </w:p>
        </w:tc>
        <w:tc>
          <w:tcPr>
            <w:tcW w:w="708" w:type="dxa"/>
            <w:tcBorders>
              <w:top w:val="single" w:sz="6" w:space="0" w:color="BBB2A6"/>
              <w:left w:val="single" w:sz="6" w:space="0" w:color="BBB2A6"/>
              <w:bottom w:val="single" w:sz="6" w:space="0" w:color="BBB2A6"/>
              <w:right w:val="single" w:sz="6" w:space="0" w:color="BBB2A6"/>
            </w:tcBorders>
            <w:vAlign w:val="center"/>
          </w:tcPr>
          <w:p w14:paraId="7FE0D2C4" w14:textId="211B254A" w:rsidR="00684532" w:rsidRPr="00D23342" w:rsidRDefault="00684532">
            <w:pPr>
              <w:spacing w:after="0"/>
              <w:jc w:val="center"/>
            </w:pPr>
          </w:p>
        </w:tc>
        <w:tc>
          <w:tcPr>
            <w:tcW w:w="709" w:type="dxa"/>
            <w:tcBorders>
              <w:top w:val="single" w:sz="6" w:space="0" w:color="BBB2A6"/>
              <w:left w:val="single" w:sz="6" w:space="0" w:color="BBB2A6"/>
              <w:bottom w:val="single" w:sz="6" w:space="0" w:color="BBB2A6"/>
              <w:right w:val="single" w:sz="6" w:space="0" w:color="BBB2A6"/>
            </w:tcBorders>
          </w:tcPr>
          <w:p w14:paraId="6F02A894" w14:textId="77777777" w:rsidR="00684532" w:rsidRPr="00D23342" w:rsidRDefault="00684532">
            <w:pPr>
              <w:spacing w:after="0"/>
              <w:jc w:val="center"/>
            </w:pPr>
          </w:p>
        </w:tc>
        <w:tc>
          <w:tcPr>
            <w:tcW w:w="709" w:type="dxa"/>
            <w:tcBorders>
              <w:top w:val="single" w:sz="6" w:space="0" w:color="BBB2A6"/>
              <w:left w:val="single" w:sz="6" w:space="0" w:color="BBB2A6"/>
              <w:bottom w:val="single" w:sz="6" w:space="0" w:color="BBB2A6"/>
              <w:right w:val="single" w:sz="6" w:space="0" w:color="BBB2A6"/>
            </w:tcBorders>
            <w:vAlign w:val="center"/>
          </w:tcPr>
          <w:p w14:paraId="540A2DE0" w14:textId="77777777" w:rsidR="00684532" w:rsidRPr="00D23342" w:rsidRDefault="00684532">
            <w:pPr>
              <w:spacing w:after="0"/>
              <w:jc w:val="center"/>
            </w:pPr>
          </w:p>
        </w:tc>
        <w:tc>
          <w:tcPr>
            <w:tcW w:w="992" w:type="dxa"/>
            <w:tcBorders>
              <w:top w:val="single" w:sz="6" w:space="0" w:color="BBB2A6"/>
              <w:left w:val="single" w:sz="6" w:space="0" w:color="BBB2A6"/>
              <w:bottom w:val="single" w:sz="6" w:space="0" w:color="BBB2A6"/>
              <w:right w:val="single" w:sz="6" w:space="0" w:color="BBB2A6"/>
            </w:tcBorders>
          </w:tcPr>
          <w:p w14:paraId="53C11A6F" w14:textId="77777777" w:rsidR="00684532" w:rsidRDefault="00684532" w:rsidP="00D23342">
            <w:pPr>
              <w:spacing w:after="0"/>
            </w:pPr>
          </w:p>
        </w:tc>
        <w:tc>
          <w:tcPr>
            <w:tcW w:w="1134" w:type="dxa"/>
            <w:tcBorders>
              <w:top w:val="single" w:sz="6" w:space="0" w:color="BBB2A6"/>
              <w:left w:val="single" w:sz="6" w:space="0" w:color="BBB2A6"/>
              <w:bottom w:val="single" w:sz="6" w:space="0" w:color="BBB2A6"/>
              <w:right w:val="single" w:sz="6" w:space="0" w:color="BBB2A6"/>
            </w:tcBorders>
          </w:tcPr>
          <w:p w14:paraId="1309F052" w14:textId="77777777" w:rsidR="00684532" w:rsidRDefault="00684532" w:rsidP="00D23342">
            <w:pPr>
              <w:spacing w:after="0"/>
            </w:pPr>
          </w:p>
        </w:tc>
        <w:tc>
          <w:tcPr>
            <w:tcW w:w="1427" w:type="dxa"/>
            <w:tcBorders>
              <w:top w:val="single" w:sz="6" w:space="0" w:color="BBB2A6"/>
              <w:left w:val="single" w:sz="6" w:space="0" w:color="BBB2A6"/>
              <w:bottom w:val="single" w:sz="6" w:space="0" w:color="BBB2A6"/>
              <w:right w:val="single" w:sz="6" w:space="0" w:color="BBB2A6"/>
            </w:tcBorders>
          </w:tcPr>
          <w:p w14:paraId="258ECACF" w14:textId="0E4F4B57" w:rsidR="00684532" w:rsidRPr="00D23342" w:rsidRDefault="00684532" w:rsidP="00D23342">
            <w:pPr>
              <w:spacing w:after="0"/>
            </w:pPr>
            <w:r>
              <w:t>R</w:t>
            </w:r>
          </w:p>
        </w:tc>
        <w:tc>
          <w:tcPr>
            <w:tcW w:w="1574" w:type="dxa"/>
            <w:tcBorders>
              <w:top w:val="single" w:sz="6" w:space="0" w:color="BBB2A6"/>
              <w:left w:val="single" w:sz="6" w:space="0" w:color="BBB2A6"/>
              <w:bottom w:val="single" w:sz="6" w:space="0" w:color="BBB2A6"/>
              <w:right w:val="single" w:sz="6" w:space="0" w:color="BBB2A6"/>
            </w:tcBorders>
            <w:vAlign w:val="center"/>
          </w:tcPr>
          <w:p w14:paraId="0AD29A99" w14:textId="77777777" w:rsidR="00684532" w:rsidRPr="00D23342" w:rsidRDefault="00684532" w:rsidP="00F643F3">
            <w:pPr>
              <w:spacing w:after="0"/>
            </w:pPr>
            <w:r w:rsidRPr="00D23342">
              <w:rPr>
                <w:rFonts w:eastAsia="Arial"/>
                <w:sz w:val="16"/>
              </w:rPr>
              <w:t>R</w:t>
            </w:r>
          </w:p>
        </w:tc>
      </w:tr>
      <w:tr w:rsidR="00684532" w:rsidRPr="00D23342" w14:paraId="4C68D7DE" w14:textId="77777777" w:rsidTr="00AF28D5">
        <w:trPr>
          <w:cantSplit/>
        </w:trPr>
        <w:tc>
          <w:tcPr>
            <w:tcW w:w="2676" w:type="dxa"/>
            <w:tcBorders>
              <w:top w:val="single" w:sz="6" w:space="0" w:color="BBB2A6"/>
              <w:left w:val="single" w:sz="6" w:space="0" w:color="BBB2A6"/>
              <w:bottom w:val="single" w:sz="6" w:space="0" w:color="BBB2A6"/>
              <w:right w:val="single" w:sz="6" w:space="0" w:color="BBB2A6"/>
            </w:tcBorders>
            <w:vAlign w:val="center"/>
          </w:tcPr>
          <w:p w14:paraId="0252DE57" w14:textId="77777777" w:rsidR="00684532" w:rsidRPr="00D23342" w:rsidRDefault="00684532" w:rsidP="002F1FF3">
            <w:pPr>
              <w:spacing w:after="0"/>
            </w:pPr>
          </w:p>
        </w:tc>
        <w:tc>
          <w:tcPr>
            <w:tcW w:w="2213" w:type="dxa"/>
            <w:tcBorders>
              <w:top w:val="single" w:sz="6" w:space="0" w:color="BBB2A6"/>
              <w:left w:val="single" w:sz="6" w:space="0" w:color="BBB2A6"/>
              <w:bottom w:val="single" w:sz="6" w:space="0" w:color="BBB2A6"/>
              <w:right w:val="single" w:sz="6" w:space="0" w:color="BBB2A6"/>
            </w:tcBorders>
          </w:tcPr>
          <w:p w14:paraId="40285EBC" w14:textId="77777777" w:rsidR="00684532" w:rsidRPr="00D23342" w:rsidRDefault="00684532">
            <w:pPr>
              <w:spacing w:after="0"/>
              <w:jc w:val="center"/>
            </w:pPr>
          </w:p>
        </w:tc>
        <w:tc>
          <w:tcPr>
            <w:tcW w:w="1134" w:type="dxa"/>
            <w:tcBorders>
              <w:top w:val="single" w:sz="6" w:space="0" w:color="BBB2A6"/>
              <w:left w:val="single" w:sz="6" w:space="0" w:color="BBB2A6"/>
              <w:bottom w:val="single" w:sz="6" w:space="0" w:color="BBB2A6"/>
              <w:right w:val="single" w:sz="6" w:space="0" w:color="BBB2A6"/>
            </w:tcBorders>
          </w:tcPr>
          <w:p w14:paraId="3709565F" w14:textId="77777777" w:rsidR="00684532" w:rsidRPr="00D23342" w:rsidRDefault="00684532">
            <w:pPr>
              <w:spacing w:after="0"/>
              <w:jc w:val="center"/>
            </w:pPr>
          </w:p>
        </w:tc>
        <w:tc>
          <w:tcPr>
            <w:tcW w:w="515" w:type="dxa"/>
            <w:tcBorders>
              <w:top w:val="single" w:sz="6" w:space="0" w:color="BBB2A6"/>
              <w:left w:val="single" w:sz="6" w:space="0" w:color="BBB2A6"/>
              <w:bottom w:val="single" w:sz="6" w:space="0" w:color="BBB2A6"/>
              <w:right w:val="single" w:sz="6" w:space="0" w:color="BBB2A6"/>
            </w:tcBorders>
          </w:tcPr>
          <w:p w14:paraId="6555E928" w14:textId="77777777" w:rsidR="00684532" w:rsidRPr="00D23342" w:rsidRDefault="00684532">
            <w:pPr>
              <w:spacing w:after="0"/>
              <w:jc w:val="center"/>
            </w:pPr>
          </w:p>
        </w:tc>
        <w:tc>
          <w:tcPr>
            <w:tcW w:w="1276" w:type="dxa"/>
            <w:tcBorders>
              <w:top w:val="single" w:sz="6" w:space="0" w:color="BBB2A6"/>
              <w:left w:val="single" w:sz="6" w:space="0" w:color="BBB2A6"/>
              <w:bottom w:val="single" w:sz="6" w:space="0" w:color="BBB2A6"/>
              <w:right w:val="single" w:sz="6" w:space="0" w:color="BBB2A6"/>
            </w:tcBorders>
            <w:vAlign w:val="center"/>
          </w:tcPr>
          <w:p w14:paraId="67C735CD" w14:textId="60422A19" w:rsidR="00684532" w:rsidRPr="00D23342" w:rsidRDefault="00684532">
            <w:pPr>
              <w:spacing w:after="0"/>
              <w:jc w:val="center"/>
            </w:pPr>
          </w:p>
        </w:tc>
        <w:tc>
          <w:tcPr>
            <w:tcW w:w="709" w:type="dxa"/>
            <w:tcBorders>
              <w:top w:val="single" w:sz="6" w:space="0" w:color="BBB2A6"/>
              <w:left w:val="single" w:sz="6" w:space="0" w:color="BBB2A6"/>
              <w:bottom w:val="single" w:sz="6" w:space="0" w:color="BBB2A6"/>
              <w:right w:val="single" w:sz="6" w:space="0" w:color="BBB2A6"/>
            </w:tcBorders>
          </w:tcPr>
          <w:p w14:paraId="1BE86C71" w14:textId="77777777" w:rsidR="00684532" w:rsidRPr="00D23342" w:rsidRDefault="00684532">
            <w:pPr>
              <w:spacing w:after="0"/>
              <w:jc w:val="center"/>
            </w:pPr>
          </w:p>
        </w:tc>
        <w:tc>
          <w:tcPr>
            <w:tcW w:w="708" w:type="dxa"/>
            <w:tcBorders>
              <w:top w:val="single" w:sz="6" w:space="0" w:color="BBB2A6"/>
              <w:left w:val="single" w:sz="6" w:space="0" w:color="BBB2A6"/>
              <w:bottom w:val="single" w:sz="6" w:space="0" w:color="BBB2A6"/>
              <w:right w:val="single" w:sz="6" w:space="0" w:color="BBB2A6"/>
            </w:tcBorders>
            <w:vAlign w:val="center"/>
          </w:tcPr>
          <w:p w14:paraId="6067F2B4" w14:textId="234151B6" w:rsidR="00684532" w:rsidRPr="00D23342" w:rsidRDefault="00684532">
            <w:pPr>
              <w:spacing w:after="0"/>
              <w:jc w:val="center"/>
            </w:pPr>
          </w:p>
        </w:tc>
        <w:tc>
          <w:tcPr>
            <w:tcW w:w="709" w:type="dxa"/>
            <w:tcBorders>
              <w:top w:val="single" w:sz="6" w:space="0" w:color="BBB2A6"/>
              <w:left w:val="single" w:sz="6" w:space="0" w:color="BBB2A6"/>
              <w:bottom w:val="single" w:sz="6" w:space="0" w:color="BBB2A6"/>
              <w:right w:val="single" w:sz="6" w:space="0" w:color="BBB2A6"/>
            </w:tcBorders>
          </w:tcPr>
          <w:p w14:paraId="0ED6DF8D" w14:textId="77777777" w:rsidR="00684532" w:rsidRPr="00D23342" w:rsidRDefault="00684532">
            <w:pPr>
              <w:spacing w:after="0"/>
              <w:jc w:val="center"/>
            </w:pPr>
          </w:p>
        </w:tc>
        <w:tc>
          <w:tcPr>
            <w:tcW w:w="709" w:type="dxa"/>
            <w:tcBorders>
              <w:top w:val="single" w:sz="6" w:space="0" w:color="BBB2A6"/>
              <w:left w:val="single" w:sz="6" w:space="0" w:color="BBB2A6"/>
              <w:bottom w:val="single" w:sz="6" w:space="0" w:color="BBB2A6"/>
              <w:right w:val="single" w:sz="6" w:space="0" w:color="BBB2A6"/>
            </w:tcBorders>
            <w:vAlign w:val="center"/>
          </w:tcPr>
          <w:p w14:paraId="644AD6DF" w14:textId="77777777" w:rsidR="00684532" w:rsidRPr="00D23342" w:rsidRDefault="00684532">
            <w:pPr>
              <w:spacing w:after="0"/>
              <w:jc w:val="center"/>
            </w:pPr>
          </w:p>
        </w:tc>
        <w:tc>
          <w:tcPr>
            <w:tcW w:w="992" w:type="dxa"/>
            <w:tcBorders>
              <w:top w:val="single" w:sz="6" w:space="0" w:color="BBB2A6"/>
              <w:left w:val="single" w:sz="6" w:space="0" w:color="BBB2A6"/>
              <w:bottom w:val="single" w:sz="6" w:space="0" w:color="BBB2A6"/>
              <w:right w:val="single" w:sz="6" w:space="0" w:color="BBB2A6"/>
            </w:tcBorders>
          </w:tcPr>
          <w:p w14:paraId="102E39D8" w14:textId="77777777" w:rsidR="00684532" w:rsidRDefault="00684532" w:rsidP="00D23342">
            <w:pPr>
              <w:spacing w:after="0"/>
            </w:pPr>
          </w:p>
        </w:tc>
        <w:tc>
          <w:tcPr>
            <w:tcW w:w="1134" w:type="dxa"/>
            <w:tcBorders>
              <w:top w:val="single" w:sz="6" w:space="0" w:color="BBB2A6"/>
              <w:left w:val="single" w:sz="6" w:space="0" w:color="BBB2A6"/>
              <w:bottom w:val="single" w:sz="6" w:space="0" w:color="BBB2A6"/>
              <w:right w:val="single" w:sz="6" w:space="0" w:color="BBB2A6"/>
            </w:tcBorders>
          </w:tcPr>
          <w:p w14:paraId="056A38BC" w14:textId="77777777" w:rsidR="00684532" w:rsidRDefault="00684532" w:rsidP="00D23342">
            <w:pPr>
              <w:spacing w:after="0"/>
            </w:pPr>
          </w:p>
        </w:tc>
        <w:tc>
          <w:tcPr>
            <w:tcW w:w="1427" w:type="dxa"/>
            <w:tcBorders>
              <w:top w:val="single" w:sz="6" w:space="0" w:color="BBB2A6"/>
              <w:left w:val="single" w:sz="6" w:space="0" w:color="BBB2A6"/>
              <w:bottom w:val="single" w:sz="6" w:space="0" w:color="BBB2A6"/>
              <w:right w:val="single" w:sz="6" w:space="0" w:color="BBB2A6"/>
            </w:tcBorders>
          </w:tcPr>
          <w:p w14:paraId="26222120" w14:textId="7F5545F8" w:rsidR="00684532" w:rsidRDefault="00684532" w:rsidP="00D23342">
            <w:pPr>
              <w:spacing w:after="0"/>
            </w:pPr>
          </w:p>
        </w:tc>
        <w:tc>
          <w:tcPr>
            <w:tcW w:w="1574" w:type="dxa"/>
            <w:tcBorders>
              <w:top w:val="single" w:sz="6" w:space="0" w:color="BBB2A6"/>
              <w:left w:val="single" w:sz="6" w:space="0" w:color="BBB2A6"/>
              <w:bottom w:val="single" w:sz="6" w:space="0" w:color="BBB2A6"/>
              <w:right w:val="single" w:sz="6" w:space="0" w:color="BBB2A6"/>
            </w:tcBorders>
            <w:vAlign w:val="center"/>
          </w:tcPr>
          <w:p w14:paraId="065D82A0" w14:textId="77777777" w:rsidR="00684532" w:rsidRPr="00D23342" w:rsidRDefault="00684532" w:rsidP="00F643F3">
            <w:pPr>
              <w:spacing w:after="0"/>
              <w:rPr>
                <w:rFonts w:eastAsia="Arial"/>
                <w:sz w:val="16"/>
              </w:rPr>
            </w:pPr>
          </w:p>
        </w:tc>
      </w:tr>
      <w:tr w:rsidR="00AF28D5" w:rsidRPr="00D23342" w14:paraId="3BB78785" w14:textId="77777777" w:rsidTr="00AF28D5">
        <w:trPr>
          <w:cantSplit/>
        </w:trPr>
        <w:tc>
          <w:tcPr>
            <w:tcW w:w="14202" w:type="dxa"/>
            <w:gridSpan w:val="12"/>
            <w:tcBorders>
              <w:top w:val="single" w:sz="6" w:space="0" w:color="BBB2A6"/>
              <w:left w:val="single" w:sz="6" w:space="0" w:color="BBB2A6"/>
              <w:bottom w:val="single" w:sz="6" w:space="0" w:color="BBB2A6"/>
              <w:right w:val="single" w:sz="6" w:space="0" w:color="BBB2A6"/>
            </w:tcBorders>
            <w:shd w:val="clear" w:color="auto" w:fill="D9D9D9" w:themeFill="background1" w:themeFillShade="D9"/>
          </w:tcPr>
          <w:p w14:paraId="28FD3097" w14:textId="570F30BA" w:rsidR="00AF28D5" w:rsidRPr="00D23342" w:rsidRDefault="00AF28D5" w:rsidP="00D23342">
            <w:pPr>
              <w:spacing w:after="0"/>
              <w:jc w:val="right"/>
              <w:rPr>
                <w:rFonts w:eastAsia="Arial"/>
                <w:b/>
                <w:bCs/>
                <w:sz w:val="18"/>
                <w:szCs w:val="18"/>
              </w:rPr>
            </w:pPr>
            <w:r>
              <w:rPr>
                <w:rFonts w:eastAsia="Arial"/>
                <w:b/>
                <w:bCs/>
                <w:sz w:val="18"/>
                <w:szCs w:val="18"/>
              </w:rPr>
              <w:t>TOTAL</w:t>
            </w:r>
          </w:p>
        </w:tc>
        <w:tc>
          <w:tcPr>
            <w:tcW w:w="1574" w:type="dxa"/>
            <w:tcBorders>
              <w:top w:val="single" w:sz="6" w:space="0" w:color="BBB2A6"/>
              <w:left w:val="single" w:sz="6" w:space="0" w:color="BBB2A6"/>
              <w:bottom w:val="single" w:sz="6" w:space="0" w:color="BBB2A6"/>
              <w:right w:val="single" w:sz="6" w:space="0" w:color="BBB2A6"/>
            </w:tcBorders>
            <w:shd w:val="clear" w:color="auto" w:fill="D9D9D9" w:themeFill="background1" w:themeFillShade="D9"/>
            <w:vAlign w:val="center"/>
          </w:tcPr>
          <w:p w14:paraId="6D323F69" w14:textId="50AEE4EA" w:rsidR="00AF28D5" w:rsidRPr="00D23342" w:rsidRDefault="00AF28D5" w:rsidP="00F643F3">
            <w:pPr>
              <w:spacing w:after="0"/>
              <w:rPr>
                <w:rFonts w:eastAsia="Arial"/>
                <w:b/>
                <w:bCs/>
                <w:sz w:val="18"/>
                <w:szCs w:val="18"/>
              </w:rPr>
            </w:pPr>
            <w:r>
              <w:rPr>
                <w:rFonts w:eastAsia="Arial"/>
                <w:b/>
                <w:bCs/>
                <w:sz w:val="18"/>
                <w:szCs w:val="18"/>
              </w:rPr>
              <w:t>R</w:t>
            </w:r>
          </w:p>
        </w:tc>
      </w:tr>
    </w:tbl>
    <w:p w14:paraId="0AD6D435" w14:textId="77777777" w:rsidR="007F76DA" w:rsidRPr="00D23342" w:rsidRDefault="007F76DA">
      <w:pPr>
        <w:spacing w:after="0" w:line="120" w:lineRule="exact"/>
      </w:pPr>
    </w:p>
    <w:p w14:paraId="6E97B564" w14:textId="77777777" w:rsidR="002D410F" w:rsidRPr="00D23342" w:rsidRDefault="002D410F" w:rsidP="002D410F">
      <w:pPr>
        <w:spacing w:after="0"/>
      </w:pPr>
    </w:p>
    <w:p w14:paraId="4D16A9C0" w14:textId="77777777" w:rsidR="007F76DA" w:rsidRPr="00D23342" w:rsidRDefault="007F76DA">
      <w:pPr>
        <w:sectPr w:rsidR="007F76DA" w:rsidRPr="00D23342">
          <w:headerReference w:type="even" r:id="rId16"/>
          <w:headerReference w:type="default" r:id="rId17"/>
          <w:footerReference w:type="even" r:id="rId18"/>
          <w:footerReference w:type="default" r:id="rId19"/>
          <w:headerReference w:type="first" r:id="rId20"/>
          <w:footerReference w:type="first" r:id="rId21"/>
          <w:pgSz w:w="16838" w:h="11906" w:orient="landscape"/>
          <w:pgMar w:top="794" w:right="850" w:bottom="794" w:left="850" w:header="720" w:footer="720" w:gutter="0"/>
          <w:cols w:space="720"/>
          <w:formProt w:val="0"/>
          <w:docGrid w:linePitch="360"/>
        </w:sectPr>
      </w:pPr>
    </w:p>
    <w:tbl>
      <w:tblPr>
        <w:tblW w:w="10793" w:type="dxa"/>
        <w:tblInd w:w="-294" w:type="dxa"/>
        <w:tblLayout w:type="fixed"/>
        <w:tblCellMar>
          <w:top w:w="70" w:type="dxa"/>
          <w:left w:w="90" w:type="dxa"/>
          <w:bottom w:w="70" w:type="dxa"/>
          <w:right w:w="90" w:type="dxa"/>
        </w:tblCellMar>
        <w:tblLook w:val="04A0" w:firstRow="1" w:lastRow="0" w:firstColumn="1" w:lastColumn="0" w:noHBand="0" w:noVBand="1"/>
      </w:tblPr>
      <w:tblGrid>
        <w:gridCol w:w="835"/>
        <w:gridCol w:w="9958"/>
      </w:tblGrid>
      <w:tr w:rsidR="00C41E47" w:rsidRPr="00D23342" w14:paraId="3A5CE3C4" w14:textId="77777777" w:rsidTr="004672DA">
        <w:trPr>
          <w:cantSplit/>
        </w:trPr>
        <w:tc>
          <w:tcPr>
            <w:tcW w:w="835" w:type="dxa"/>
            <w:shd w:val="clear" w:color="auto" w:fill="AD0049"/>
            <w:vAlign w:val="center"/>
          </w:tcPr>
          <w:p w14:paraId="797AFE4B" w14:textId="77777777" w:rsidR="00C41E47" w:rsidRPr="00D23342" w:rsidRDefault="0063241C" w:rsidP="00092DC5">
            <w:pPr>
              <w:spacing w:after="0"/>
              <w:jc w:val="center"/>
            </w:pPr>
            <w:r w:rsidRPr="00D23342">
              <w:rPr>
                <w:rFonts w:eastAsia="Arial"/>
                <w:b/>
                <w:color w:val="FFFFFF"/>
                <w:sz w:val="20"/>
              </w:rPr>
              <w:lastRenderedPageBreak/>
              <w:t>2</w:t>
            </w:r>
          </w:p>
        </w:tc>
        <w:tc>
          <w:tcPr>
            <w:tcW w:w="9958" w:type="dxa"/>
            <w:shd w:val="clear" w:color="auto" w:fill="D9B262"/>
            <w:tcMar>
              <w:top w:w="0" w:type="dxa"/>
              <w:left w:w="108" w:type="dxa"/>
              <w:bottom w:w="0" w:type="dxa"/>
              <w:right w:w="108" w:type="dxa"/>
            </w:tcMar>
            <w:vAlign w:val="center"/>
          </w:tcPr>
          <w:p w14:paraId="7E7A7163" w14:textId="77777777" w:rsidR="00C41E47" w:rsidRPr="00D23342" w:rsidRDefault="00C41E47" w:rsidP="00092DC5">
            <w:pPr>
              <w:spacing w:after="0"/>
            </w:pPr>
            <w:r w:rsidRPr="00D23342">
              <w:rPr>
                <w:rFonts w:eastAsia="Arial"/>
                <w:b/>
                <w:color w:val="AD0049"/>
                <w:sz w:val="21"/>
              </w:rPr>
              <w:t>Application Summary</w:t>
            </w:r>
          </w:p>
        </w:tc>
      </w:tr>
    </w:tbl>
    <w:p w14:paraId="189AB956" w14:textId="77777777" w:rsidR="00C41E47" w:rsidRPr="00D23342" w:rsidRDefault="00C41E47" w:rsidP="00C41E47">
      <w:pPr>
        <w:spacing w:after="60"/>
      </w:pPr>
    </w:p>
    <w:tbl>
      <w:tblPr>
        <w:tblW w:w="5279" w:type="pct"/>
        <w:tblInd w:w="-271" w:type="dxa"/>
        <w:tblLayout w:type="fixed"/>
        <w:tblCellMar>
          <w:top w:w="70" w:type="dxa"/>
          <w:left w:w="90" w:type="dxa"/>
          <w:bottom w:w="70" w:type="dxa"/>
          <w:right w:w="90" w:type="dxa"/>
        </w:tblCellMar>
        <w:tblLook w:val="04A0" w:firstRow="1" w:lastRow="0" w:firstColumn="1" w:lastColumn="0" w:noHBand="0" w:noVBand="1"/>
      </w:tblPr>
      <w:tblGrid>
        <w:gridCol w:w="2534"/>
        <w:gridCol w:w="3828"/>
        <w:gridCol w:w="1995"/>
        <w:gridCol w:w="2408"/>
      </w:tblGrid>
      <w:tr w:rsidR="00C41E47" w:rsidRPr="00D23342" w14:paraId="454DE3E2" w14:textId="77777777" w:rsidTr="00BC480C">
        <w:trPr>
          <w:cantSplit/>
        </w:trPr>
        <w:tc>
          <w:tcPr>
            <w:tcW w:w="2534"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02C4D7A3" w14:textId="77777777" w:rsidR="00C41E47" w:rsidRPr="00D23342" w:rsidRDefault="00C41E47" w:rsidP="00092DC5">
            <w:pPr>
              <w:spacing w:after="0"/>
              <w:rPr>
                <w:sz w:val="18"/>
                <w:szCs w:val="18"/>
              </w:rPr>
            </w:pPr>
            <w:r w:rsidRPr="00D23342">
              <w:rPr>
                <w:rFonts w:eastAsia="Arial"/>
                <w:b/>
                <w:color w:val="AD0049"/>
                <w:sz w:val="18"/>
                <w:szCs w:val="18"/>
              </w:rPr>
              <w:t>Funding Window / Indicator</w:t>
            </w:r>
          </w:p>
        </w:tc>
        <w:tc>
          <w:tcPr>
            <w:tcW w:w="382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54912EF4" w14:textId="3C5BA580" w:rsidR="00C41E47" w:rsidRPr="00D23342" w:rsidRDefault="00C41E47" w:rsidP="00092DC5">
            <w:pPr>
              <w:spacing w:after="0"/>
              <w:rPr>
                <w:rFonts w:eastAsia="Arial"/>
                <w:sz w:val="18"/>
                <w:szCs w:val="18"/>
              </w:rPr>
            </w:pPr>
            <w:r w:rsidRPr="00D23342">
              <w:rPr>
                <w:rFonts w:eastAsia="Arial"/>
                <w:sz w:val="18"/>
                <w:szCs w:val="18"/>
              </w:rPr>
              <w:t>Unemployed Beneficiaries on Programmes – Strategic Projects &amp; Collaborative Partnerships</w:t>
            </w:r>
          </w:p>
        </w:tc>
        <w:tc>
          <w:tcPr>
            <w:tcW w:w="1995"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60C31CF5" w14:textId="77777777" w:rsidR="00C41E47" w:rsidRPr="00D23342" w:rsidRDefault="00C41E47" w:rsidP="00092DC5">
            <w:pPr>
              <w:spacing w:after="0"/>
              <w:rPr>
                <w:sz w:val="18"/>
                <w:szCs w:val="18"/>
              </w:rPr>
            </w:pPr>
            <w:r w:rsidRPr="00D23342">
              <w:rPr>
                <w:rFonts w:eastAsia="Arial"/>
                <w:b/>
                <w:color w:val="AD0049"/>
                <w:sz w:val="18"/>
                <w:szCs w:val="18"/>
              </w:rPr>
              <w:t>Total number of beneficiaries requested</w:t>
            </w:r>
          </w:p>
        </w:tc>
        <w:tc>
          <w:tcPr>
            <w:tcW w:w="240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383ADD70" w14:textId="77777777" w:rsidR="00C41E47" w:rsidRPr="00D23342" w:rsidRDefault="00C41E47" w:rsidP="00092DC5">
            <w:pPr>
              <w:spacing w:after="0"/>
              <w:rPr>
                <w:sz w:val="18"/>
                <w:szCs w:val="18"/>
              </w:rPr>
            </w:pPr>
          </w:p>
        </w:tc>
      </w:tr>
      <w:tr w:rsidR="00C41E47" w:rsidRPr="00D23342" w14:paraId="43797C87" w14:textId="77777777" w:rsidTr="00BC480C">
        <w:trPr>
          <w:cantSplit/>
        </w:trPr>
        <w:tc>
          <w:tcPr>
            <w:tcW w:w="2534"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582C38E8" w14:textId="77777777" w:rsidR="00C41E47" w:rsidRPr="00D23342" w:rsidRDefault="000A316A" w:rsidP="00092DC5">
            <w:pPr>
              <w:spacing w:after="0"/>
              <w:rPr>
                <w:b/>
                <w:color w:val="AD0049"/>
                <w:sz w:val="18"/>
                <w:szCs w:val="18"/>
              </w:rPr>
            </w:pPr>
            <w:r w:rsidRPr="00D23342">
              <w:rPr>
                <w:rFonts w:eastAsia="Arial"/>
                <w:b/>
                <w:color w:val="AD0049"/>
                <w:sz w:val="18"/>
                <w:szCs w:val="18"/>
              </w:rPr>
              <w:t>Programme category selected</w:t>
            </w:r>
          </w:p>
        </w:tc>
        <w:tc>
          <w:tcPr>
            <w:tcW w:w="382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3C7ED05" w14:textId="77777777" w:rsidR="00D306CF" w:rsidRDefault="00C41E47" w:rsidP="00092DC5">
            <w:pPr>
              <w:spacing w:after="0"/>
              <w:rPr>
                <w:rFonts w:eastAsia="Arial"/>
                <w:sz w:val="20"/>
                <w:szCs w:val="20"/>
              </w:rPr>
            </w:pPr>
            <w:r w:rsidRPr="00D23342">
              <w:rPr>
                <w:rFonts w:eastAsia="Arial"/>
                <w:sz w:val="20"/>
                <w:szCs w:val="20"/>
              </w:rPr>
              <w:t xml:space="preserve">☐ </w:t>
            </w:r>
            <w:r w:rsidR="00D306CF">
              <w:rPr>
                <w:rFonts w:eastAsia="Arial"/>
                <w:sz w:val="20"/>
                <w:szCs w:val="20"/>
              </w:rPr>
              <w:t xml:space="preserve">Registereded </w:t>
            </w:r>
            <w:r w:rsidRPr="00D23342">
              <w:rPr>
                <w:rFonts w:eastAsia="Arial"/>
                <w:sz w:val="20"/>
                <w:szCs w:val="20"/>
              </w:rPr>
              <w:t>Skills Programmes</w:t>
            </w:r>
          </w:p>
          <w:p w14:paraId="33D0F40A" w14:textId="418E2F22" w:rsidR="00D306CF" w:rsidRDefault="00D306CF" w:rsidP="00D306CF">
            <w:pPr>
              <w:spacing w:after="0"/>
              <w:rPr>
                <w:rFonts w:eastAsia="Arial"/>
                <w:sz w:val="20"/>
                <w:szCs w:val="20"/>
              </w:rPr>
            </w:pPr>
            <w:r w:rsidRPr="00D23342">
              <w:rPr>
                <w:rFonts w:eastAsia="Arial"/>
                <w:sz w:val="20"/>
                <w:szCs w:val="20"/>
              </w:rPr>
              <w:t xml:space="preserve">☐ </w:t>
            </w:r>
            <w:r>
              <w:rPr>
                <w:rFonts w:eastAsia="Arial"/>
                <w:sz w:val="20"/>
                <w:szCs w:val="20"/>
              </w:rPr>
              <w:t>Non-registered</w:t>
            </w:r>
            <w:r>
              <w:rPr>
                <w:rFonts w:eastAsia="Arial"/>
                <w:sz w:val="20"/>
                <w:szCs w:val="20"/>
              </w:rPr>
              <w:t xml:space="preserve"> </w:t>
            </w:r>
            <w:r w:rsidRPr="00D23342">
              <w:rPr>
                <w:rFonts w:eastAsia="Arial"/>
                <w:sz w:val="20"/>
                <w:szCs w:val="20"/>
              </w:rPr>
              <w:t>Skills Programmes</w:t>
            </w:r>
          </w:p>
          <w:p w14:paraId="338FF406" w14:textId="06B308B7" w:rsidR="00C41E47" w:rsidRPr="00D23342" w:rsidRDefault="00C41E47" w:rsidP="00092DC5">
            <w:pPr>
              <w:spacing w:after="0"/>
              <w:rPr>
                <w:rFonts w:eastAsia="Arial"/>
                <w:sz w:val="18"/>
                <w:szCs w:val="18"/>
              </w:rPr>
            </w:pPr>
            <w:r w:rsidRPr="00D23342">
              <w:rPr>
                <w:rFonts w:eastAsia="Arial"/>
                <w:sz w:val="20"/>
                <w:szCs w:val="20"/>
              </w:rPr>
              <w:t>☐ AI Bursaries</w:t>
            </w:r>
            <w:r w:rsidRPr="00D23342">
              <w:rPr>
                <w:rFonts w:eastAsia="Arial"/>
                <w:sz w:val="20"/>
                <w:szCs w:val="20"/>
              </w:rPr>
              <w:br/>
              <w:t>☐ Graduate &amp; Youth Employment Transition / Work Readiness</w:t>
            </w:r>
          </w:p>
        </w:tc>
        <w:tc>
          <w:tcPr>
            <w:tcW w:w="1995"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3491588E" w14:textId="77777777" w:rsidR="00C41E47" w:rsidRPr="00D23342" w:rsidRDefault="00C41E47" w:rsidP="00092DC5">
            <w:pPr>
              <w:spacing w:after="0"/>
              <w:rPr>
                <w:b/>
                <w:color w:val="AD0049"/>
                <w:sz w:val="18"/>
                <w:szCs w:val="18"/>
              </w:rPr>
            </w:pPr>
            <w:r w:rsidRPr="00D23342">
              <w:rPr>
                <w:rFonts w:eastAsia="Arial"/>
                <w:b/>
                <w:color w:val="AD0049"/>
                <w:sz w:val="18"/>
                <w:szCs w:val="18"/>
              </w:rPr>
              <w:t>Total amount requested (R)</w:t>
            </w:r>
          </w:p>
        </w:tc>
        <w:tc>
          <w:tcPr>
            <w:tcW w:w="240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46FF1946" w14:textId="77777777" w:rsidR="00C41E47" w:rsidRPr="00D23342" w:rsidRDefault="00C41E47" w:rsidP="00092DC5">
            <w:pPr>
              <w:spacing w:after="0"/>
              <w:rPr>
                <w:sz w:val="18"/>
                <w:szCs w:val="18"/>
              </w:rPr>
            </w:pPr>
          </w:p>
        </w:tc>
      </w:tr>
      <w:tr w:rsidR="007545E3" w:rsidRPr="00D23342" w14:paraId="57E65A29" w14:textId="77777777" w:rsidTr="00BC480C">
        <w:trPr>
          <w:cantSplit/>
        </w:trPr>
        <w:tc>
          <w:tcPr>
            <w:tcW w:w="2534"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077E4416" w14:textId="7E00833B" w:rsidR="007545E3" w:rsidRPr="00D23342" w:rsidRDefault="007545E3" w:rsidP="00092DC5">
            <w:pPr>
              <w:spacing w:after="0"/>
              <w:rPr>
                <w:rFonts w:eastAsia="Arial"/>
                <w:b/>
                <w:color w:val="AD0049"/>
                <w:sz w:val="18"/>
                <w:szCs w:val="18"/>
              </w:rPr>
            </w:pPr>
            <w:r w:rsidRPr="00292E0F">
              <w:rPr>
                <w:rFonts w:cs="Arial"/>
                <w:b/>
                <w:color w:val="AD0049"/>
                <w:szCs w:val="20"/>
              </w:rPr>
              <w:t>Total direct workshop-delivery costs (VAT inclusive)</w:t>
            </w:r>
          </w:p>
        </w:tc>
        <w:tc>
          <w:tcPr>
            <w:tcW w:w="382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1206C42E" w14:textId="77777777" w:rsidR="007545E3" w:rsidRPr="00D23342" w:rsidRDefault="007545E3" w:rsidP="00092DC5">
            <w:pPr>
              <w:spacing w:after="0"/>
              <w:rPr>
                <w:rFonts w:eastAsia="Arial"/>
                <w:sz w:val="20"/>
                <w:szCs w:val="20"/>
              </w:rPr>
            </w:pPr>
          </w:p>
        </w:tc>
        <w:tc>
          <w:tcPr>
            <w:tcW w:w="1995"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28A0D76D" w14:textId="32472C30" w:rsidR="007545E3" w:rsidRPr="00D23342" w:rsidRDefault="007545E3" w:rsidP="00092DC5">
            <w:pPr>
              <w:spacing w:after="0"/>
              <w:rPr>
                <w:rFonts w:eastAsia="Arial"/>
                <w:b/>
                <w:color w:val="AD0049"/>
                <w:sz w:val="18"/>
                <w:szCs w:val="18"/>
              </w:rPr>
            </w:pPr>
            <w:r w:rsidRPr="00292E0F">
              <w:rPr>
                <w:rFonts w:cs="Arial"/>
                <w:b/>
                <w:color w:val="AD0049"/>
                <w:szCs w:val="20"/>
              </w:rPr>
              <w:t>Administration allocation (</w:t>
            </w:r>
            <w:r>
              <w:rPr>
                <w:rFonts w:cs="Arial"/>
                <w:b/>
                <w:color w:val="AD0049"/>
                <w:szCs w:val="20"/>
              </w:rPr>
              <w:t>2,5</w:t>
            </w:r>
            <w:r w:rsidRPr="00292E0F">
              <w:rPr>
                <w:rFonts w:cs="Arial"/>
                <w:b/>
                <w:color w:val="AD0049"/>
                <w:szCs w:val="20"/>
              </w:rPr>
              <w:t>%)</w:t>
            </w:r>
          </w:p>
        </w:tc>
        <w:tc>
          <w:tcPr>
            <w:tcW w:w="240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3D754BB6" w14:textId="77777777" w:rsidR="007545E3" w:rsidRPr="00D23342" w:rsidRDefault="007545E3" w:rsidP="00092DC5">
            <w:pPr>
              <w:spacing w:after="0"/>
              <w:rPr>
                <w:sz w:val="18"/>
                <w:szCs w:val="18"/>
              </w:rPr>
            </w:pPr>
          </w:p>
        </w:tc>
      </w:tr>
      <w:tr w:rsidR="00684532" w:rsidRPr="00D23342" w14:paraId="7ADC9394" w14:textId="77777777" w:rsidTr="00333270">
        <w:trPr>
          <w:cantSplit/>
        </w:trPr>
        <w:tc>
          <w:tcPr>
            <w:tcW w:w="2534"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26AB28AD" w14:textId="77777777" w:rsidR="00684532" w:rsidRPr="00D23342" w:rsidRDefault="00684532" w:rsidP="00092DC5">
            <w:pPr>
              <w:spacing w:after="0"/>
              <w:rPr>
                <w:b/>
                <w:color w:val="AD0049"/>
                <w:sz w:val="18"/>
                <w:szCs w:val="18"/>
              </w:rPr>
            </w:pPr>
            <w:r w:rsidRPr="00D23342">
              <w:rPr>
                <w:rFonts w:eastAsia="Arial"/>
                <w:b/>
                <w:color w:val="AD0049"/>
                <w:sz w:val="18"/>
                <w:szCs w:val="18"/>
              </w:rPr>
              <w:t>Proposed Training Provider / delivery partner Name</w:t>
            </w:r>
          </w:p>
        </w:tc>
        <w:tc>
          <w:tcPr>
            <w:tcW w:w="8231" w:type="dxa"/>
            <w:gridSpan w:val="3"/>
            <w:tcBorders>
              <w:top w:val="single" w:sz="4" w:space="0" w:color="BBB2A6"/>
              <w:left w:val="single" w:sz="4" w:space="0" w:color="BBB2A6"/>
              <w:bottom w:val="single" w:sz="4" w:space="0" w:color="BBB2A6"/>
              <w:right w:val="single" w:sz="4" w:space="0" w:color="BBB2A6"/>
            </w:tcBorders>
            <w:shd w:val="clear" w:color="auto" w:fill="FFFFFF"/>
            <w:vAlign w:val="center"/>
          </w:tcPr>
          <w:p w14:paraId="527C051A" w14:textId="77777777" w:rsidR="00684532" w:rsidRPr="00D23342" w:rsidRDefault="00684532" w:rsidP="00092DC5">
            <w:pPr>
              <w:spacing w:after="0"/>
              <w:rPr>
                <w:sz w:val="18"/>
                <w:szCs w:val="18"/>
              </w:rPr>
            </w:pPr>
          </w:p>
        </w:tc>
      </w:tr>
      <w:tr w:rsidR="002146F9" w:rsidRPr="00D23342" w14:paraId="565DF35F" w14:textId="77777777" w:rsidTr="00BC480C">
        <w:trPr>
          <w:cantSplit/>
        </w:trPr>
        <w:tc>
          <w:tcPr>
            <w:tcW w:w="2534"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12910CC0" w14:textId="35D4F065" w:rsidR="002146F9" w:rsidRPr="00D23342" w:rsidRDefault="00684532" w:rsidP="002146F9">
            <w:pPr>
              <w:spacing w:after="0"/>
              <w:rPr>
                <w:rFonts w:eastAsia="Arial"/>
                <w:b/>
                <w:color w:val="AD0049"/>
                <w:sz w:val="18"/>
                <w:szCs w:val="18"/>
              </w:rPr>
            </w:pPr>
            <w:r w:rsidRPr="00D23342">
              <w:rPr>
                <w:rFonts w:eastAsia="Arial"/>
                <w:b/>
                <w:color w:val="AD0049"/>
                <w:sz w:val="18"/>
                <w:szCs w:val="18"/>
              </w:rPr>
              <w:t>Proposed start date</w:t>
            </w:r>
          </w:p>
        </w:tc>
        <w:tc>
          <w:tcPr>
            <w:tcW w:w="382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61A2EC01" w14:textId="4032A000" w:rsidR="002146F9" w:rsidRPr="00D23342" w:rsidRDefault="002146F9" w:rsidP="002146F9">
            <w:pPr>
              <w:spacing w:after="0"/>
              <w:rPr>
                <w:sz w:val="18"/>
                <w:szCs w:val="18"/>
              </w:rPr>
            </w:pPr>
          </w:p>
        </w:tc>
        <w:tc>
          <w:tcPr>
            <w:tcW w:w="1995"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4244BC6D" w14:textId="044529AD" w:rsidR="002146F9" w:rsidRPr="00D23342" w:rsidRDefault="002146F9" w:rsidP="002146F9">
            <w:pPr>
              <w:spacing w:after="0"/>
              <w:rPr>
                <w:rFonts w:eastAsia="Arial"/>
                <w:b/>
                <w:color w:val="AD0049"/>
                <w:sz w:val="18"/>
                <w:szCs w:val="18"/>
              </w:rPr>
            </w:pPr>
            <w:r>
              <w:rPr>
                <w:rFonts w:eastAsia="Arial"/>
                <w:b/>
                <w:color w:val="AD0049"/>
                <w:sz w:val="18"/>
                <w:szCs w:val="18"/>
              </w:rPr>
              <w:t>Proposed end date</w:t>
            </w:r>
          </w:p>
        </w:tc>
        <w:tc>
          <w:tcPr>
            <w:tcW w:w="240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61FD882C" w14:textId="77777777" w:rsidR="002146F9" w:rsidRPr="00D23342" w:rsidRDefault="002146F9" w:rsidP="002146F9">
            <w:pPr>
              <w:spacing w:after="0"/>
              <w:rPr>
                <w:sz w:val="18"/>
                <w:szCs w:val="18"/>
              </w:rPr>
            </w:pPr>
          </w:p>
        </w:tc>
      </w:tr>
    </w:tbl>
    <w:p w14:paraId="7B168C7F" w14:textId="77777777" w:rsidR="00C41E47" w:rsidRPr="00D23342" w:rsidRDefault="00C41E47"/>
    <w:tbl>
      <w:tblPr>
        <w:tblW w:w="10765" w:type="dxa"/>
        <w:tblInd w:w="-266" w:type="dxa"/>
        <w:tblLayout w:type="fixed"/>
        <w:tblCellMar>
          <w:top w:w="70" w:type="dxa"/>
          <w:left w:w="90" w:type="dxa"/>
          <w:bottom w:w="70" w:type="dxa"/>
          <w:right w:w="90" w:type="dxa"/>
        </w:tblCellMar>
        <w:tblLook w:val="04A0" w:firstRow="1" w:lastRow="0" w:firstColumn="1" w:lastColumn="0" w:noHBand="0" w:noVBand="1"/>
      </w:tblPr>
      <w:tblGrid>
        <w:gridCol w:w="835"/>
        <w:gridCol w:w="9930"/>
      </w:tblGrid>
      <w:tr w:rsidR="007F76DA" w:rsidRPr="00D23342" w14:paraId="3248312F" w14:textId="77777777" w:rsidTr="00F2480B">
        <w:trPr>
          <w:cantSplit/>
        </w:trPr>
        <w:tc>
          <w:tcPr>
            <w:tcW w:w="835" w:type="dxa"/>
            <w:shd w:val="clear" w:color="auto" w:fill="AD0049"/>
            <w:vAlign w:val="center"/>
          </w:tcPr>
          <w:p w14:paraId="2B18EE88" w14:textId="77777777" w:rsidR="007F76DA" w:rsidRPr="00D23342" w:rsidRDefault="003065F4" w:rsidP="0063241C">
            <w:pPr>
              <w:jc w:val="center"/>
            </w:pPr>
            <w:r w:rsidRPr="00D23342">
              <w:rPr>
                <w:rFonts w:eastAsia="Arial"/>
                <w:b/>
                <w:color w:val="FFFFFF"/>
                <w:sz w:val="20"/>
              </w:rPr>
              <w:t>3</w:t>
            </w:r>
          </w:p>
        </w:tc>
        <w:tc>
          <w:tcPr>
            <w:tcW w:w="9930" w:type="dxa"/>
            <w:shd w:val="clear" w:color="auto" w:fill="D9B262"/>
            <w:tcMar>
              <w:top w:w="0" w:type="dxa"/>
              <w:left w:w="108" w:type="dxa"/>
              <w:bottom w:w="0" w:type="dxa"/>
              <w:right w:w="108" w:type="dxa"/>
            </w:tcMar>
            <w:vAlign w:val="center"/>
          </w:tcPr>
          <w:p w14:paraId="76839DC3" w14:textId="77777777" w:rsidR="007F76DA" w:rsidRPr="00D23342" w:rsidRDefault="003065F4">
            <w:pPr>
              <w:spacing w:after="0"/>
            </w:pPr>
            <w:r w:rsidRPr="00D23342">
              <w:rPr>
                <w:rFonts w:eastAsia="Arial"/>
                <w:b/>
                <w:color w:val="AD0049"/>
                <w:sz w:val="20"/>
              </w:rPr>
              <w:t>Previous BANKSETA Funding and Past-performance Disclosure – last 3 years</w:t>
            </w:r>
            <w:r w:rsidRPr="00D23342">
              <w:rPr>
                <w:rFonts w:eastAsia="Arial"/>
                <w:b/>
                <w:color w:val="AD0049"/>
                <w:sz w:val="20"/>
              </w:rPr>
              <w:br/>
            </w:r>
            <w:r w:rsidRPr="00D23342">
              <w:rPr>
                <w:rFonts w:eastAsia="Arial"/>
                <w:i/>
                <w:color w:val="666666"/>
                <w:sz w:val="15"/>
              </w:rPr>
              <w:t>Complete where the applicant has previously received BANKSETA funding. BANKSETA may verify information against project records.</w:t>
            </w:r>
          </w:p>
        </w:tc>
      </w:tr>
    </w:tbl>
    <w:p w14:paraId="1693AEEB" w14:textId="77777777" w:rsidR="007F76DA" w:rsidRPr="00D23342" w:rsidRDefault="007F76DA">
      <w:pPr>
        <w:spacing w:after="60"/>
      </w:pPr>
    </w:p>
    <w:tbl>
      <w:tblPr>
        <w:tblW w:w="10765" w:type="dxa"/>
        <w:tblInd w:w="-271" w:type="dxa"/>
        <w:tblLayout w:type="fixed"/>
        <w:tblCellMar>
          <w:top w:w="70" w:type="dxa"/>
          <w:left w:w="90" w:type="dxa"/>
          <w:bottom w:w="70" w:type="dxa"/>
          <w:right w:w="90" w:type="dxa"/>
        </w:tblCellMar>
        <w:tblLook w:val="04A0" w:firstRow="1" w:lastRow="0" w:firstColumn="1" w:lastColumn="0" w:noHBand="0" w:noVBand="1"/>
      </w:tblPr>
      <w:tblGrid>
        <w:gridCol w:w="567"/>
        <w:gridCol w:w="3685"/>
        <w:gridCol w:w="1700"/>
        <w:gridCol w:w="1985"/>
        <w:gridCol w:w="2828"/>
      </w:tblGrid>
      <w:tr w:rsidR="007F76DA" w:rsidRPr="00D23342" w14:paraId="0C2181EC" w14:textId="77777777" w:rsidTr="00F2480B">
        <w:trPr>
          <w:cantSplit/>
          <w:tblHeader/>
        </w:trPr>
        <w:tc>
          <w:tcPr>
            <w:tcW w:w="567"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3AAA34DA" w14:textId="77777777" w:rsidR="007F76DA" w:rsidRPr="00D23342" w:rsidRDefault="003065F4">
            <w:pPr>
              <w:spacing w:after="0"/>
              <w:jc w:val="center"/>
              <w:rPr>
                <w:sz w:val="20"/>
                <w:szCs w:val="20"/>
              </w:rPr>
            </w:pPr>
            <w:r w:rsidRPr="00D23342">
              <w:rPr>
                <w:rFonts w:eastAsia="Arial"/>
                <w:b/>
                <w:color w:val="FFFFFF"/>
                <w:sz w:val="20"/>
                <w:szCs w:val="20"/>
              </w:rPr>
              <w:t>No.</w:t>
            </w:r>
          </w:p>
        </w:tc>
        <w:tc>
          <w:tcPr>
            <w:tcW w:w="3685"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2EBA73FA" w14:textId="77777777" w:rsidR="007F76DA" w:rsidRPr="00D23342" w:rsidRDefault="003065F4">
            <w:pPr>
              <w:spacing w:after="0"/>
              <w:jc w:val="center"/>
              <w:rPr>
                <w:sz w:val="20"/>
                <w:szCs w:val="20"/>
              </w:rPr>
            </w:pPr>
            <w:r w:rsidRPr="00D23342">
              <w:rPr>
                <w:rFonts w:eastAsia="Arial"/>
                <w:b/>
                <w:color w:val="FFFFFF"/>
                <w:sz w:val="20"/>
                <w:szCs w:val="20"/>
              </w:rPr>
              <w:t>Project / Contract Reference</w:t>
            </w:r>
          </w:p>
        </w:tc>
        <w:tc>
          <w:tcPr>
            <w:tcW w:w="1700"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41FFFD0F" w14:textId="77777777" w:rsidR="007F76DA" w:rsidRPr="00D23342" w:rsidRDefault="003065F4">
            <w:pPr>
              <w:spacing w:after="0"/>
              <w:jc w:val="center"/>
              <w:rPr>
                <w:sz w:val="20"/>
                <w:szCs w:val="20"/>
              </w:rPr>
            </w:pPr>
            <w:r w:rsidRPr="00D23342">
              <w:rPr>
                <w:rFonts w:eastAsia="Arial"/>
                <w:b/>
                <w:color w:val="FFFFFF"/>
                <w:sz w:val="20"/>
                <w:szCs w:val="20"/>
              </w:rPr>
              <w:t>Funding Year</w:t>
            </w:r>
          </w:p>
        </w:tc>
        <w:tc>
          <w:tcPr>
            <w:tcW w:w="1985"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149C0DFB" w14:textId="77777777" w:rsidR="007F76DA" w:rsidRPr="00D23342" w:rsidRDefault="003065F4">
            <w:pPr>
              <w:spacing w:after="0"/>
              <w:jc w:val="center"/>
              <w:rPr>
                <w:sz w:val="20"/>
                <w:szCs w:val="20"/>
              </w:rPr>
            </w:pPr>
            <w:r w:rsidRPr="00D23342">
              <w:rPr>
                <w:rFonts w:eastAsia="Arial"/>
                <w:b/>
                <w:color w:val="FFFFFF"/>
                <w:sz w:val="20"/>
                <w:szCs w:val="20"/>
              </w:rPr>
              <w:t>Approved Amount</w:t>
            </w:r>
          </w:p>
        </w:tc>
        <w:tc>
          <w:tcPr>
            <w:tcW w:w="2828"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41D10E61" w14:textId="77777777" w:rsidR="007F76DA" w:rsidRPr="00D23342" w:rsidRDefault="003065F4">
            <w:pPr>
              <w:spacing w:after="0"/>
              <w:jc w:val="center"/>
              <w:rPr>
                <w:sz w:val="20"/>
                <w:szCs w:val="20"/>
              </w:rPr>
            </w:pPr>
            <w:r w:rsidRPr="00D23342">
              <w:rPr>
                <w:rFonts w:eastAsia="Arial"/>
                <w:b/>
                <w:color w:val="FFFFFF"/>
                <w:sz w:val="20"/>
                <w:szCs w:val="20"/>
              </w:rPr>
              <w:t>Status / Performance</w:t>
            </w:r>
          </w:p>
        </w:tc>
      </w:tr>
      <w:tr w:rsidR="007F76DA" w:rsidRPr="00D23342" w14:paraId="23BEBD5F" w14:textId="77777777" w:rsidTr="00F2480B">
        <w:trPr>
          <w:cantSplit/>
          <w:trHeight w:val="567"/>
        </w:trPr>
        <w:tc>
          <w:tcPr>
            <w:tcW w:w="567" w:type="dxa"/>
            <w:tcBorders>
              <w:top w:val="single" w:sz="4" w:space="0" w:color="BBB2A6"/>
              <w:left w:val="single" w:sz="4" w:space="0" w:color="BBB2A6"/>
              <w:bottom w:val="single" w:sz="4" w:space="0" w:color="BBB2A6"/>
              <w:right w:val="single" w:sz="4" w:space="0" w:color="BBB2A6"/>
            </w:tcBorders>
            <w:vAlign w:val="center"/>
          </w:tcPr>
          <w:p w14:paraId="7C81F6AC" w14:textId="77777777" w:rsidR="007F76DA" w:rsidRPr="00D23342" w:rsidRDefault="003065F4">
            <w:pPr>
              <w:spacing w:after="0"/>
              <w:rPr>
                <w:sz w:val="18"/>
                <w:szCs w:val="18"/>
              </w:rPr>
            </w:pPr>
            <w:r w:rsidRPr="00D23342">
              <w:rPr>
                <w:rFonts w:eastAsia="Arial"/>
                <w:b/>
                <w:color w:val="AD0049"/>
                <w:sz w:val="18"/>
                <w:szCs w:val="18"/>
              </w:rPr>
              <w:t>1</w:t>
            </w:r>
          </w:p>
        </w:tc>
        <w:tc>
          <w:tcPr>
            <w:tcW w:w="3685" w:type="dxa"/>
            <w:tcBorders>
              <w:top w:val="single" w:sz="4" w:space="0" w:color="BBB2A6"/>
              <w:left w:val="single" w:sz="4" w:space="0" w:color="BBB2A6"/>
              <w:bottom w:val="single" w:sz="4" w:space="0" w:color="BBB2A6"/>
              <w:right w:val="single" w:sz="4" w:space="0" w:color="BBB2A6"/>
            </w:tcBorders>
            <w:vAlign w:val="center"/>
          </w:tcPr>
          <w:p w14:paraId="20E130AD" w14:textId="77777777" w:rsidR="007F76DA" w:rsidRPr="00D23342" w:rsidRDefault="007F76DA">
            <w:pPr>
              <w:spacing w:after="0"/>
              <w:rPr>
                <w:sz w:val="18"/>
                <w:szCs w:val="18"/>
              </w:rPr>
            </w:pPr>
          </w:p>
        </w:tc>
        <w:tc>
          <w:tcPr>
            <w:tcW w:w="1700" w:type="dxa"/>
            <w:tcBorders>
              <w:top w:val="single" w:sz="4" w:space="0" w:color="BBB2A6"/>
              <w:left w:val="single" w:sz="4" w:space="0" w:color="BBB2A6"/>
              <w:bottom w:val="single" w:sz="4" w:space="0" w:color="BBB2A6"/>
              <w:right w:val="single" w:sz="4" w:space="0" w:color="BBB2A6"/>
            </w:tcBorders>
            <w:vAlign w:val="center"/>
          </w:tcPr>
          <w:p w14:paraId="7A1530FD" w14:textId="77777777" w:rsidR="007F76DA" w:rsidRPr="00D23342" w:rsidRDefault="007F76DA">
            <w:pPr>
              <w:spacing w:after="0"/>
              <w:rPr>
                <w:sz w:val="18"/>
                <w:szCs w:val="18"/>
              </w:rPr>
            </w:pPr>
          </w:p>
        </w:tc>
        <w:tc>
          <w:tcPr>
            <w:tcW w:w="1985" w:type="dxa"/>
            <w:tcBorders>
              <w:top w:val="single" w:sz="4" w:space="0" w:color="BBB2A6"/>
              <w:left w:val="single" w:sz="4" w:space="0" w:color="BBB2A6"/>
              <w:bottom w:val="single" w:sz="4" w:space="0" w:color="BBB2A6"/>
              <w:right w:val="single" w:sz="4" w:space="0" w:color="BBB2A6"/>
            </w:tcBorders>
            <w:vAlign w:val="center"/>
          </w:tcPr>
          <w:p w14:paraId="1A055971" w14:textId="77777777" w:rsidR="007F76DA" w:rsidRPr="00D23342" w:rsidRDefault="007F76DA">
            <w:pPr>
              <w:spacing w:after="0"/>
              <w:rPr>
                <w:sz w:val="18"/>
                <w:szCs w:val="18"/>
              </w:rPr>
            </w:pPr>
          </w:p>
        </w:tc>
        <w:tc>
          <w:tcPr>
            <w:tcW w:w="2828" w:type="dxa"/>
            <w:tcBorders>
              <w:top w:val="single" w:sz="4" w:space="0" w:color="BBB2A6"/>
              <w:left w:val="single" w:sz="4" w:space="0" w:color="BBB2A6"/>
              <w:bottom w:val="single" w:sz="4" w:space="0" w:color="BBB2A6"/>
              <w:right w:val="single" w:sz="4" w:space="0" w:color="BBB2A6"/>
            </w:tcBorders>
            <w:vAlign w:val="center"/>
          </w:tcPr>
          <w:p w14:paraId="5A44FD85" w14:textId="77777777" w:rsidR="007F76DA" w:rsidRPr="00D23342" w:rsidRDefault="007F76DA">
            <w:pPr>
              <w:spacing w:after="0"/>
              <w:rPr>
                <w:sz w:val="18"/>
                <w:szCs w:val="18"/>
              </w:rPr>
            </w:pPr>
          </w:p>
        </w:tc>
      </w:tr>
      <w:tr w:rsidR="007F76DA" w:rsidRPr="00D23342" w14:paraId="616139CA" w14:textId="77777777" w:rsidTr="00F2480B">
        <w:trPr>
          <w:cantSplit/>
          <w:trHeight w:val="567"/>
        </w:trPr>
        <w:tc>
          <w:tcPr>
            <w:tcW w:w="567" w:type="dxa"/>
            <w:tcBorders>
              <w:top w:val="single" w:sz="4" w:space="0" w:color="BBB2A6"/>
              <w:left w:val="single" w:sz="4" w:space="0" w:color="BBB2A6"/>
              <w:bottom w:val="single" w:sz="4" w:space="0" w:color="BBB2A6"/>
              <w:right w:val="single" w:sz="4" w:space="0" w:color="BBB2A6"/>
            </w:tcBorders>
            <w:vAlign w:val="center"/>
          </w:tcPr>
          <w:p w14:paraId="6773A81F" w14:textId="77777777" w:rsidR="007F76DA" w:rsidRPr="00D23342" w:rsidRDefault="003065F4">
            <w:pPr>
              <w:spacing w:after="0"/>
              <w:rPr>
                <w:sz w:val="18"/>
                <w:szCs w:val="18"/>
              </w:rPr>
            </w:pPr>
            <w:r w:rsidRPr="00D23342">
              <w:rPr>
                <w:rFonts w:eastAsia="Arial"/>
                <w:b/>
                <w:color w:val="AD0049"/>
                <w:sz w:val="18"/>
                <w:szCs w:val="18"/>
              </w:rPr>
              <w:t>2</w:t>
            </w:r>
          </w:p>
        </w:tc>
        <w:tc>
          <w:tcPr>
            <w:tcW w:w="3685" w:type="dxa"/>
            <w:tcBorders>
              <w:top w:val="single" w:sz="4" w:space="0" w:color="BBB2A6"/>
              <w:left w:val="single" w:sz="4" w:space="0" w:color="BBB2A6"/>
              <w:bottom w:val="single" w:sz="4" w:space="0" w:color="BBB2A6"/>
              <w:right w:val="single" w:sz="4" w:space="0" w:color="BBB2A6"/>
            </w:tcBorders>
            <w:vAlign w:val="center"/>
          </w:tcPr>
          <w:p w14:paraId="5B059975" w14:textId="77777777" w:rsidR="007F76DA" w:rsidRPr="00D23342" w:rsidRDefault="007F76DA">
            <w:pPr>
              <w:spacing w:after="0"/>
              <w:rPr>
                <w:sz w:val="18"/>
                <w:szCs w:val="18"/>
              </w:rPr>
            </w:pPr>
          </w:p>
        </w:tc>
        <w:tc>
          <w:tcPr>
            <w:tcW w:w="1700" w:type="dxa"/>
            <w:tcBorders>
              <w:top w:val="single" w:sz="4" w:space="0" w:color="BBB2A6"/>
              <w:left w:val="single" w:sz="4" w:space="0" w:color="BBB2A6"/>
              <w:bottom w:val="single" w:sz="4" w:space="0" w:color="BBB2A6"/>
              <w:right w:val="single" w:sz="4" w:space="0" w:color="BBB2A6"/>
            </w:tcBorders>
            <w:vAlign w:val="center"/>
          </w:tcPr>
          <w:p w14:paraId="00DD0270" w14:textId="77777777" w:rsidR="007F76DA" w:rsidRPr="00D23342" w:rsidRDefault="007F76DA">
            <w:pPr>
              <w:spacing w:after="0"/>
              <w:rPr>
                <w:sz w:val="18"/>
                <w:szCs w:val="18"/>
              </w:rPr>
            </w:pPr>
          </w:p>
        </w:tc>
        <w:tc>
          <w:tcPr>
            <w:tcW w:w="1985" w:type="dxa"/>
            <w:tcBorders>
              <w:top w:val="single" w:sz="4" w:space="0" w:color="BBB2A6"/>
              <w:left w:val="single" w:sz="4" w:space="0" w:color="BBB2A6"/>
              <w:bottom w:val="single" w:sz="4" w:space="0" w:color="BBB2A6"/>
              <w:right w:val="single" w:sz="4" w:space="0" w:color="BBB2A6"/>
            </w:tcBorders>
            <w:vAlign w:val="center"/>
          </w:tcPr>
          <w:p w14:paraId="39B32980" w14:textId="77777777" w:rsidR="007F76DA" w:rsidRPr="00D23342" w:rsidRDefault="007F76DA">
            <w:pPr>
              <w:spacing w:after="0"/>
              <w:rPr>
                <w:sz w:val="18"/>
                <w:szCs w:val="18"/>
              </w:rPr>
            </w:pPr>
          </w:p>
        </w:tc>
        <w:tc>
          <w:tcPr>
            <w:tcW w:w="2828" w:type="dxa"/>
            <w:tcBorders>
              <w:top w:val="single" w:sz="4" w:space="0" w:color="BBB2A6"/>
              <w:left w:val="single" w:sz="4" w:space="0" w:color="BBB2A6"/>
              <w:bottom w:val="single" w:sz="4" w:space="0" w:color="BBB2A6"/>
              <w:right w:val="single" w:sz="4" w:space="0" w:color="BBB2A6"/>
            </w:tcBorders>
            <w:vAlign w:val="center"/>
          </w:tcPr>
          <w:p w14:paraId="294BF0CA" w14:textId="77777777" w:rsidR="007F76DA" w:rsidRPr="00D23342" w:rsidRDefault="007F76DA">
            <w:pPr>
              <w:spacing w:after="0"/>
              <w:rPr>
                <w:sz w:val="18"/>
                <w:szCs w:val="18"/>
              </w:rPr>
            </w:pPr>
          </w:p>
        </w:tc>
      </w:tr>
    </w:tbl>
    <w:p w14:paraId="405B1413" w14:textId="77777777" w:rsidR="007F76DA" w:rsidRPr="00D23342" w:rsidRDefault="007F76DA">
      <w:pPr>
        <w:spacing w:after="60"/>
      </w:pPr>
    </w:p>
    <w:p w14:paraId="011DF519" w14:textId="77777777" w:rsidR="007F76DA" w:rsidRPr="00D23342" w:rsidRDefault="003065F4" w:rsidP="00F2480B">
      <w:pPr>
        <w:spacing w:after="60"/>
        <w:ind w:left="-266"/>
        <w:rPr>
          <w:sz w:val="20"/>
          <w:szCs w:val="20"/>
        </w:rPr>
      </w:pPr>
      <w:r w:rsidRPr="00D23342">
        <w:rPr>
          <w:rFonts w:eastAsia="Arial"/>
          <w:b/>
          <w:color w:val="AD0049"/>
          <w:sz w:val="20"/>
          <w:szCs w:val="20"/>
        </w:rPr>
        <w:t xml:space="preserve">Provide any additional explanation of past underperformance, contract termination, outstanding reporting or </w:t>
      </w:r>
      <w:r w:rsidR="00112F8B" w:rsidRPr="00D23342">
        <w:rPr>
          <w:rFonts w:eastAsia="Arial"/>
          <w:b/>
          <w:color w:val="AD0049"/>
          <w:sz w:val="20"/>
          <w:szCs w:val="20"/>
        </w:rPr>
        <w:t>non-</w:t>
      </w:r>
      <w:r w:rsidRPr="00D23342">
        <w:rPr>
          <w:rFonts w:eastAsia="Arial"/>
          <w:b/>
          <w:color w:val="AD0049"/>
          <w:sz w:val="20"/>
          <w:szCs w:val="20"/>
        </w:rPr>
        <w:t>compliance matters:</w:t>
      </w:r>
    </w:p>
    <w:tbl>
      <w:tblPr>
        <w:tblW w:w="10793" w:type="dxa"/>
        <w:tblInd w:w="-271" w:type="dxa"/>
        <w:tblLayout w:type="fixed"/>
        <w:tblCellMar>
          <w:top w:w="70" w:type="dxa"/>
          <w:left w:w="90" w:type="dxa"/>
          <w:bottom w:w="70" w:type="dxa"/>
          <w:right w:w="90" w:type="dxa"/>
        </w:tblCellMar>
        <w:tblLook w:val="04A0" w:firstRow="1" w:lastRow="0" w:firstColumn="1" w:lastColumn="0" w:noHBand="0" w:noVBand="1"/>
      </w:tblPr>
      <w:tblGrid>
        <w:gridCol w:w="10793"/>
      </w:tblGrid>
      <w:tr w:rsidR="007F76DA" w:rsidRPr="00D23342" w14:paraId="293A7476" w14:textId="77777777" w:rsidTr="007545E3">
        <w:trPr>
          <w:cantSplit/>
          <w:trHeight w:val="534"/>
        </w:trPr>
        <w:tc>
          <w:tcPr>
            <w:tcW w:w="10793" w:type="dxa"/>
            <w:tcBorders>
              <w:top w:val="single" w:sz="4" w:space="0" w:color="BBB2A6"/>
              <w:left w:val="single" w:sz="4" w:space="0" w:color="BBB2A6"/>
              <w:bottom w:val="single" w:sz="4" w:space="0" w:color="BBB2A6"/>
              <w:right w:val="single" w:sz="4" w:space="0" w:color="BBB2A6"/>
            </w:tcBorders>
            <w:vAlign w:val="center"/>
          </w:tcPr>
          <w:p w14:paraId="75506B8A" w14:textId="77777777" w:rsidR="007F76DA" w:rsidRPr="00D23342" w:rsidRDefault="007F76DA">
            <w:pPr>
              <w:spacing w:after="0"/>
            </w:pPr>
          </w:p>
        </w:tc>
      </w:tr>
    </w:tbl>
    <w:p w14:paraId="4292A477" w14:textId="77777777" w:rsidR="007F76DA" w:rsidRDefault="007F76DA">
      <w:pPr>
        <w:spacing w:after="0"/>
      </w:pPr>
    </w:p>
    <w:tbl>
      <w:tblPr>
        <w:tblW w:w="10765" w:type="dxa"/>
        <w:tblInd w:w="-266" w:type="dxa"/>
        <w:tblLayout w:type="fixed"/>
        <w:tblCellMar>
          <w:top w:w="70" w:type="dxa"/>
          <w:left w:w="90" w:type="dxa"/>
          <w:bottom w:w="70" w:type="dxa"/>
          <w:right w:w="90" w:type="dxa"/>
        </w:tblCellMar>
        <w:tblLook w:val="04A0" w:firstRow="1" w:lastRow="0" w:firstColumn="1" w:lastColumn="0" w:noHBand="0" w:noVBand="1"/>
      </w:tblPr>
      <w:tblGrid>
        <w:gridCol w:w="835"/>
        <w:gridCol w:w="9930"/>
      </w:tblGrid>
      <w:tr w:rsidR="002146F9" w:rsidRPr="00D23342" w14:paraId="02755FB7" w14:textId="77777777" w:rsidTr="00623D65">
        <w:trPr>
          <w:cantSplit/>
        </w:trPr>
        <w:tc>
          <w:tcPr>
            <w:tcW w:w="835" w:type="dxa"/>
            <w:shd w:val="clear" w:color="auto" w:fill="AD0049"/>
            <w:vAlign w:val="center"/>
          </w:tcPr>
          <w:p w14:paraId="738EAB9C" w14:textId="13E6D7A4" w:rsidR="002146F9" w:rsidRPr="00D23342" w:rsidRDefault="002146F9" w:rsidP="00623D65">
            <w:pPr>
              <w:jc w:val="center"/>
            </w:pPr>
            <w:r>
              <w:rPr>
                <w:rFonts w:eastAsia="Arial"/>
                <w:b/>
                <w:color w:val="FFFFFF"/>
                <w:sz w:val="20"/>
              </w:rPr>
              <w:t>4</w:t>
            </w:r>
          </w:p>
        </w:tc>
        <w:tc>
          <w:tcPr>
            <w:tcW w:w="9930" w:type="dxa"/>
            <w:shd w:val="clear" w:color="auto" w:fill="D9B262"/>
            <w:tcMar>
              <w:top w:w="0" w:type="dxa"/>
              <w:left w:w="108" w:type="dxa"/>
              <w:bottom w:w="0" w:type="dxa"/>
              <w:right w:w="108" w:type="dxa"/>
            </w:tcMar>
            <w:vAlign w:val="center"/>
          </w:tcPr>
          <w:p w14:paraId="15C4F78D" w14:textId="2DA7F4DD" w:rsidR="002146F9" w:rsidRDefault="002146F9" w:rsidP="00623D65">
            <w:pPr>
              <w:spacing w:after="0"/>
              <w:rPr>
                <w:rFonts w:eastAsia="Arial"/>
                <w:b/>
                <w:color w:val="AD0049"/>
                <w:sz w:val="20"/>
              </w:rPr>
            </w:pPr>
            <w:r>
              <w:rPr>
                <w:rFonts w:eastAsia="Arial"/>
                <w:b/>
                <w:color w:val="AD0049"/>
                <w:sz w:val="20"/>
              </w:rPr>
              <w:t>P</w:t>
            </w:r>
            <w:r w:rsidRPr="002146F9">
              <w:rPr>
                <w:rFonts w:eastAsia="Arial"/>
                <w:b/>
                <w:color w:val="AD0049"/>
                <w:sz w:val="20"/>
              </w:rPr>
              <w:t>revious experience implementing similar programmes</w:t>
            </w:r>
            <w:r>
              <w:rPr>
                <w:rFonts w:eastAsia="Arial"/>
                <w:b/>
                <w:color w:val="AD0049"/>
                <w:sz w:val="20"/>
              </w:rPr>
              <w:t xml:space="preserve"> – last 3 years</w:t>
            </w:r>
          </w:p>
          <w:p w14:paraId="435A838C" w14:textId="0D34F11D" w:rsidR="002146F9" w:rsidRPr="00D23342" w:rsidRDefault="002146F9" w:rsidP="00623D65">
            <w:pPr>
              <w:spacing w:after="0"/>
            </w:pPr>
            <w:r w:rsidRPr="00D23342">
              <w:rPr>
                <w:rFonts w:eastAsia="Arial"/>
                <w:i/>
                <w:color w:val="666666"/>
                <w:sz w:val="15"/>
              </w:rPr>
              <w:t xml:space="preserve">Complete where the applicant has previously </w:t>
            </w:r>
            <w:r>
              <w:rPr>
                <w:rFonts w:eastAsia="Arial"/>
                <w:i/>
                <w:color w:val="666666"/>
                <w:sz w:val="15"/>
              </w:rPr>
              <w:t>iimplemented similar programmes</w:t>
            </w:r>
            <w:r w:rsidR="000C44E1">
              <w:rPr>
                <w:rFonts w:eastAsia="Arial"/>
                <w:i/>
                <w:color w:val="666666"/>
                <w:sz w:val="15"/>
              </w:rPr>
              <w:t xml:space="preserve"> successfully</w:t>
            </w:r>
            <w:r>
              <w:rPr>
                <w:rFonts w:eastAsia="Arial"/>
                <w:i/>
                <w:color w:val="666666"/>
                <w:sz w:val="15"/>
              </w:rPr>
              <w:t xml:space="preserve">. </w:t>
            </w:r>
            <w:r w:rsidRPr="00D23342">
              <w:rPr>
                <w:rFonts w:eastAsia="Arial"/>
                <w:i/>
                <w:color w:val="666666"/>
                <w:sz w:val="15"/>
              </w:rPr>
              <w:t>BANKSETA may verify information</w:t>
            </w:r>
            <w:r>
              <w:rPr>
                <w:rFonts w:eastAsia="Arial"/>
                <w:i/>
                <w:color w:val="666666"/>
                <w:sz w:val="15"/>
              </w:rPr>
              <w:t>.</w:t>
            </w:r>
          </w:p>
        </w:tc>
      </w:tr>
    </w:tbl>
    <w:p w14:paraId="6BE59864" w14:textId="77777777" w:rsidR="002146F9" w:rsidRPr="00D23342" w:rsidRDefault="002146F9" w:rsidP="002146F9">
      <w:pPr>
        <w:spacing w:after="60"/>
      </w:pPr>
    </w:p>
    <w:tbl>
      <w:tblPr>
        <w:tblW w:w="10765" w:type="dxa"/>
        <w:tblInd w:w="-271" w:type="dxa"/>
        <w:tblLayout w:type="fixed"/>
        <w:tblCellMar>
          <w:top w:w="70" w:type="dxa"/>
          <w:left w:w="90" w:type="dxa"/>
          <w:bottom w:w="70" w:type="dxa"/>
          <w:right w:w="90" w:type="dxa"/>
        </w:tblCellMar>
        <w:tblLook w:val="04A0" w:firstRow="1" w:lastRow="0" w:firstColumn="1" w:lastColumn="0" w:noHBand="0" w:noVBand="1"/>
      </w:tblPr>
      <w:tblGrid>
        <w:gridCol w:w="567"/>
        <w:gridCol w:w="3685"/>
        <w:gridCol w:w="1700"/>
        <w:gridCol w:w="1985"/>
        <w:gridCol w:w="2828"/>
      </w:tblGrid>
      <w:tr w:rsidR="002146F9" w:rsidRPr="00D23342" w14:paraId="576472AC" w14:textId="77777777" w:rsidTr="00623D65">
        <w:trPr>
          <w:cantSplit/>
          <w:tblHeader/>
        </w:trPr>
        <w:tc>
          <w:tcPr>
            <w:tcW w:w="567"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621414E9" w14:textId="77777777" w:rsidR="002146F9" w:rsidRPr="00D23342" w:rsidRDefault="002146F9" w:rsidP="00623D65">
            <w:pPr>
              <w:spacing w:after="0"/>
              <w:jc w:val="center"/>
              <w:rPr>
                <w:sz w:val="20"/>
                <w:szCs w:val="20"/>
              </w:rPr>
            </w:pPr>
            <w:r w:rsidRPr="00D23342">
              <w:rPr>
                <w:rFonts w:eastAsia="Arial"/>
                <w:b/>
                <w:color w:val="FFFFFF"/>
                <w:sz w:val="20"/>
                <w:szCs w:val="20"/>
              </w:rPr>
              <w:t>No.</w:t>
            </w:r>
          </w:p>
        </w:tc>
        <w:tc>
          <w:tcPr>
            <w:tcW w:w="3685"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44FDB784" w14:textId="77777777" w:rsidR="002146F9" w:rsidRDefault="002146F9" w:rsidP="00623D65">
            <w:pPr>
              <w:spacing w:after="0"/>
              <w:jc w:val="center"/>
              <w:rPr>
                <w:rFonts w:eastAsia="Arial"/>
                <w:b/>
                <w:color w:val="FFFFFF"/>
                <w:sz w:val="20"/>
                <w:szCs w:val="20"/>
              </w:rPr>
            </w:pPr>
            <w:r w:rsidRPr="00D23342">
              <w:rPr>
                <w:rFonts w:eastAsia="Arial"/>
                <w:b/>
                <w:color w:val="FFFFFF"/>
                <w:sz w:val="20"/>
                <w:szCs w:val="20"/>
              </w:rPr>
              <w:t>Project / Reference</w:t>
            </w:r>
          </w:p>
          <w:p w14:paraId="377324A8" w14:textId="432D2966" w:rsidR="002146F9" w:rsidRPr="002146F9" w:rsidRDefault="002146F9" w:rsidP="00623D65">
            <w:pPr>
              <w:spacing w:after="0"/>
              <w:jc w:val="center"/>
              <w:rPr>
                <w:bCs/>
                <w:i/>
                <w:iCs/>
                <w:sz w:val="16"/>
                <w:szCs w:val="16"/>
              </w:rPr>
            </w:pPr>
            <w:r w:rsidRPr="002146F9">
              <w:rPr>
                <w:rFonts w:eastAsia="Arial"/>
                <w:bCs/>
                <w:i/>
                <w:iCs/>
                <w:color w:val="FFFFFF"/>
                <w:sz w:val="16"/>
                <w:szCs w:val="16"/>
              </w:rPr>
              <w:t>Organisation name</w:t>
            </w:r>
          </w:p>
        </w:tc>
        <w:tc>
          <w:tcPr>
            <w:tcW w:w="1700"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57521E17" w14:textId="77777777" w:rsidR="002146F9" w:rsidRPr="00D23342" w:rsidRDefault="002146F9" w:rsidP="00623D65">
            <w:pPr>
              <w:spacing w:after="0"/>
              <w:jc w:val="center"/>
              <w:rPr>
                <w:sz w:val="20"/>
                <w:szCs w:val="20"/>
              </w:rPr>
            </w:pPr>
            <w:r w:rsidRPr="00D23342">
              <w:rPr>
                <w:rFonts w:eastAsia="Arial"/>
                <w:b/>
                <w:color w:val="FFFFFF"/>
                <w:sz w:val="20"/>
                <w:szCs w:val="20"/>
              </w:rPr>
              <w:t>Funding Year</w:t>
            </w:r>
          </w:p>
        </w:tc>
        <w:tc>
          <w:tcPr>
            <w:tcW w:w="1985"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04594920" w14:textId="77777777" w:rsidR="002146F9" w:rsidRPr="00D23342" w:rsidRDefault="002146F9" w:rsidP="00623D65">
            <w:pPr>
              <w:spacing w:after="0"/>
              <w:jc w:val="center"/>
              <w:rPr>
                <w:sz w:val="20"/>
                <w:szCs w:val="20"/>
              </w:rPr>
            </w:pPr>
            <w:r w:rsidRPr="00D23342">
              <w:rPr>
                <w:rFonts w:eastAsia="Arial"/>
                <w:b/>
                <w:color w:val="FFFFFF"/>
                <w:sz w:val="20"/>
                <w:szCs w:val="20"/>
              </w:rPr>
              <w:t>Approved Amount</w:t>
            </w:r>
          </w:p>
        </w:tc>
        <w:tc>
          <w:tcPr>
            <w:tcW w:w="2828"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70571242" w14:textId="77777777" w:rsidR="002146F9" w:rsidRPr="00D23342" w:rsidRDefault="002146F9" w:rsidP="00623D65">
            <w:pPr>
              <w:spacing w:after="0"/>
              <w:jc w:val="center"/>
              <w:rPr>
                <w:sz w:val="20"/>
                <w:szCs w:val="20"/>
              </w:rPr>
            </w:pPr>
            <w:r w:rsidRPr="00D23342">
              <w:rPr>
                <w:rFonts w:eastAsia="Arial"/>
                <w:b/>
                <w:color w:val="FFFFFF"/>
                <w:sz w:val="20"/>
                <w:szCs w:val="20"/>
              </w:rPr>
              <w:t>Status / Performance</w:t>
            </w:r>
          </w:p>
        </w:tc>
      </w:tr>
      <w:tr w:rsidR="002146F9" w:rsidRPr="00D23342" w14:paraId="555076E9" w14:textId="77777777" w:rsidTr="00AF28D5">
        <w:trPr>
          <w:cantSplit/>
          <w:trHeight w:val="362"/>
        </w:trPr>
        <w:tc>
          <w:tcPr>
            <w:tcW w:w="567" w:type="dxa"/>
            <w:tcBorders>
              <w:top w:val="single" w:sz="4" w:space="0" w:color="BBB2A6"/>
              <w:left w:val="single" w:sz="4" w:space="0" w:color="BBB2A6"/>
              <w:bottom w:val="single" w:sz="4" w:space="0" w:color="BBB2A6"/>
              <w:right w:val="single" w:sz="4" w:space="0" w:color="BBB2A6"/>
            </w:tcBorders>
            <w:vAlign w:val="center"/>
          </w:tcPr>
          <w:p w14:paraId="439024B3" w14:textId="77777777" w:rsidR="002146F9" w:rsidRPr="00D23342" w:rsidRDefault="002146F9" w:rsidP="00623D65">
            <w:pPr>
              <w:spacing w:after="0"/>
              <w:rPr>
                <w:sz w:val="18"/>
                <w:szCs w:val="18"/>
              </w:rPr>
            </w:pPr>
            <w:r w:rsidRPr="00D23342">
              <w:rPr>
                <w:rFonts w:eastAsia="Arial"/>
                <w:b/>
                <w:color w:val="AD0049"/>
                <w:sz w:val="18"/>
                <w:szCs w:val="18"/>
              </w:rPr>
              <w:t>1</w:t>
            </w:r>
          </w:p>
        </w:tc>
        <w:tc>
          <w:tcPr>
            <w:tcW w:w="3685" w:type="dxa"/>
            <w:tcBorders>
              <w:top w:val="single" w:sz="4" w:space="0" w:color="BBB2A6"/>
              <w:left w:val="single" w:sz="4" w:space="0" w:color="BBB2A6"/>
              <w:bottom w:val="single" w:sz="4" w:space="0" w:color="BBB2A6"/>
              <w:right w:val="single" w:sz="4" w:space="0" w:color="BBB2A6"/>
            </w:tcBorders>
            <w:vAlign w:val="center"/>
          </w:tcPr>
          <w:p w14:paraId="0BDCB64E" w14:textId="77777777" w:rsidR="002146F9" w:rsidRPr="00D23342" w:rsidRDefault="002146F9" w:rsidP="00623D65">
            <w:pPr>
              <w:spacing w:after="0"/>
              <w:rPr>
                <w:sz w:val="18"/>
                <w:szCs w:val="18"/>
              </w:rPr>
            </w:pPr>
          </w:p>
        </w:tc>
        <w:tc>
          <w:tcPr>
            <w:tcW w:w="1700" w:type="dxa"/>
            <w:tcBorders>
              <w:top w:val="single" w:sz="4" w:space="0" w:color="BBB2A6"/>
              <w:left w:val="single" w:sz="4" w:space="0" w:color="BBB2A6"/>
              <w:bottom w:val="single" w:sz="4" w:space="0" w:color="BBB2A6"/>
              <w:right w:val="single" w:sz="4" w:space="0" w:color="BBB2A6"/>
            </w:tcBorders>
            <w:vAlign w:val="center"/>
          </w:tcPr>
          <w:p w14:paraId="2D4A888F" w14:textId="77777777" w:rsidR="002146F9" w:rsidRPr="00D23342" w:rsidRDefault="002146F9" w:rsidP="00623D65">
            <w:pPr>
              <w:spacing w:after="0"/>
              <w:rPr>
                <w:sz w:val="18"/>
                <w:szCs w:val="18"/>
              </w:rPr>
            </w:pPr>
          </w:p>
        </w:tc>
        <w:tc>
          <w:tcPr>
            <w:tcW w:w="1985" w:type="dxa"/>
            <w:tcBorders>
              <w:top w:val="single" w:sz="4" w:space="0" w:color="BBB2A6"/>
              <w:left w:val="single" w:sz="4" w:space="0" w:color="BBB2A6"/>
              <w:bottom w:val="single" w:sz="4" w:space="0" w:color="BBB2A6"/>
              <w:right w:val="single" w:sz="4" w:space="0" w:color="BBB2A6"/>
            </w:tcBorders>
            <w:vAlign w:val="center"/>
          </w:tcPr>
          <w:p w14:paraId="1F658E99" w14:textId="77777777" w:rsidR="002146F9" w:rsidRPr="00D23342" w:rsidRDefault="002146F9" w:rsidP="00623D65">
            <w:pPr>
              <w:spacing w:after="0"/>
              <w:rPr>
                <w:sz w:val="18"/>
                <w:szCs w:val="18"/>
              </w:rPr>
            </w:pPr>
          </w:p>
        </w:tc>
        <w:tc>
          <w:tcPr>
            <w:tcW w:w="2828" w:type="dxa"/>
            <w:tcBorders>
              <w:top w:val="single" w:sz="4" w:space="0" w:color="BBB2A6"/>
              <w:left w:val="single" w:sz="4" w:space="0" w:color="BBB2A6"/>
              <w:bottom w:val="single" w:sz="4" w:space="0" w:color="BBB2A6"/>
              <w:right w:val="single" w:sz="4" w:space="0" w:color="BBB2A6"/>
            </w:tcBorders>
            <w:vAlign w:val="center"/>
          </w:tcPr>
          <w:p w14:paraId="161C4359" w14:textId="77777777" w:rsidR="002146F9" w:rsidRPr="00D23342" w:rsidRDefault="002146F9" w:rsidP="00623D65">
            <w:pPr>
              <w:spacing w:after="0"/>
              <w:rPr>
                <w:sz w:val="18"/>
                <w:szCs w:val="18"/>
              </w:rPr>
            </w:pPr>
          </w:p>
        </w:tc>
      </w:tr>
      <w:tr w:rsidR="002146F9" w:rsidRPr="00D23342" w14:paraId="673B9252" w14:textId="77777777" w:rsidTr="00AF28D5">
        <w:trPr>
          <w:cantSplit/>
          <w:trHeight w:val="412"/>
        </w:trPr>
        <w:tc>
          <w:tcPr>
            <w:tcW w:w="567" w:type="dxa"/>
            <w:tcBorders>
              <w:top w:val="single" w:sz="4" w:space="0" w:color="BBB2A6"/>
              <w:left w:val="single" w:sz="4" w:space="0" w:color="BBB2A6"/>
              <w:bottom w:val="single" w:sz="4" w:space="0" w:color="BBB2A6"/>
              <w:right w:val="single" w:sz="4" w:space="0" w:color="BBB2A6"/>
            </w:tcBorders>
            <w:vAlign w:val="center"/>
          </w:tcPr>
          <w:p w14:paraId="0AEEB0B9" w14:textId="77777777" w:rsidR="002146F9" w:rsidRPr="00D23342" w:rsidRDefault="002146F9" w:rsidP="00623D65">
            <w:pPr>
              <w:spacing w:after="0"/>
              <w:rPr>
                <w:sz w:val="18"/>
                <w:szCs w:val="18"/>
              </w:rPr>
            </w:pPr>
            <w:r w:rsidRPr="00D23342">
              <w:rPr>
                <w:rFonts w:eastAsia="Arial"/>
                <w:b/>
                <w:color w:val="AD0049"/>
                <w:sz w:val="18"/>
                <w:szCs w:val="18"/>
              </w:rPr>
              <w:t>2</w:t>
            </w:r>
          </w:p>
        </w:tc>
        <w:tc>
          <w:tcPr>
            <w:tcW w:w="3685" w:type="dxa"/>
            <w:tcBorders>
              <w:top w:val="single" w:sz="4" w:space="0" w:color="BBB2A6"/>
              <w:left w:val="single" w:sz="4" w:space="0" w:color="BBB2A6"/>
              <w:bottom w:val="single" w:sz="4" w:space="0" w:color="BBB2A6"/>
              <w:right w:val="single" w:sz="4" w:space="0" w:color="BBB2A6"/>
            </w:tcBorders>
            <w:vAlign w:val="center"/>
          </w:tcPr>
          <w:p w14:paraId="01FE6827" w14:textId="77777777" w:rsidR="002146F9" w:rsidRPr="00D23342" w:rsidRDefault="002146F9" w:rsidP="00623D65">
            <w:pPr>
              <w:spacing w:after="0"/>
              <w:rPr>
                <w:sz w:val="18"/>
                <w:szCs w:val="18"/>
              </w:rPr>
            </w:pPr>
          </w:p>
        </w:tc>
        <w:tc>
          <w:tcPr>
            <w:tcW w:w="1700" w:type="dxa"/>
            <w:tcBorders>
              <w:top w:val="single" w:sz="4" w:space="0" w:color="BBB2A6"/>
              <w:left w:val="single" w:sz="4" w:space="0" w:color="BBB2A6"/>
              <w:bottom w:val="single" w:sz="4" w:space="0" w:color="BBB2A6"/>
              <w:right w:val="single" w:sz="4" w:space="0" w:color="BBB2A6"/>
            </w:tcBorders>
            <w:vAlign w:val="center"/>
          </w:tcPr>
          <w:p w14:paraId="17EE4376" w14:textId="77777777" w:rsidR="002146F9" w:rsidRPr="00D23342" w:rsidRDefault="002146F9" w:rsidP="00623D65">
            <w:pPr>
              <w:spacing w:after="0"/>
              <w:rPr>
                <w:sz w:val="18"/>
                <w:szCs w:val="18"/>
              </w:rPr>
            </w:pPr>
          </w:p>
        </w:tc>
        <w:tc>
          <w:tcPr>
            <w:tcW w:w="1985" w:type="dxa"/>
            <w:tcBorders>
              <w:top w:val="single" w:sz="4" w:space="0" w:color="BBB2A6"/>
              <w:left w:val="single" w:sz="4" w:space="0" w:color="BBB2A6"/>
              <w:bottom w:val="single" w:sz="4" w:space="0" w:color="BBB2A6"/>
              <w:right w:val="single" w:sz="4" w:space="0" w:color="BBB2A6"/>
            </w:tcBorders>
            <w:vAlign w:val="center"/>
          </w:tcPr>
          <w:p w14:paraId="2A9ECE8D" w14:textId="77777777" w:rsidR="002146F9" w:rsidRPr="00D23342" w:rsidRDefault="002146F9" w:rsidP="00623D65">
            <w:pPr>
              <w:spacing w:after="0"/>
              <w:rPr>
                <w:sz w:val="18"/>
                <w:szCs w:val="18"/>
              </w:rPr>
            </w:pPr>
          </w:p>
        </w:tc>
        <w:tc>
          <w:tcPr>
            <w:tcW w:w="2828" w:type="dxa"/>
            <w:tcBorders>
              <w:top w:val="single" w:sz="4" w:space="0" w:color="BBB2A6"/>
              <w:left w:val="single" w:sz="4" w:space="0" w:color="BBB2A6"/>
              <w:bottom w:val="single" w:sz="4" w:space="0" w:color="BBB2A6"/>
              <w:right w:val="single" w:sz="4" w:space="0" w:color="BBB2A6"/>
            </w:tcBorders>
            <w:vAlign w:val="center"/>
          </w:tcPr>
          <w:p w14:paraId="2966C90C" w14:textId="77777777" w:rsidR="002146F9" w:rsidRPr="00D23342" w:rsidRDefault="002146F9" w:rsidP="00623D65">
            <w:pPr>
              <w:spacing w:after="0"/>
              <w:rPr>
                <w:sz w:val="18"/>
                <w:szCs w:val="18"/>
              </w:rPr>
            </w:pPr>
          </w:p>
        </w:tc>
      </w:tr>
    </w:tbl>
    <w:p w14:paraId="2E768A7D" w14:textId="77777777" w:rsidR="002146F9" w:rsidRPr="00D23342" w:rsidRDefault="002146F9" w:rsidP="002146F9">
      <w:pPr>
        <w:spacing w:after="60"/>
      </w:pPr>
    </w:p>
    <w:p w14:paraId="14ABB587" w14:textId="3F25EEBB" w:rsidR="002146F9" w:rsidRPr="00D23342" w:rsidRDefault="002146F9" w:rsidP="002146F9">
      <w:pPr>
        <w:spacing w:after="60"/>
        <w:ind w:left="-266"/>
        <w:rPr>
          <w:sz w:val="20"/>
          <w:szCs w:val="20"/>
        </w:rPr>
      </w:pPr>
      <w:r w:rsidRPr="00D23342">
        <w:rPr>
          <w:rFonts w:eastAsia="Arial"/>
          <w:b/>
          <w:color w:val="AD0049"/>
          <w:sz w:val="20"/>
          <w:szCs w:val="20"/>
        </w:rPr>
        <w:t xml:space="preserve">Provide </w:t>
      </w:r>
      <w:r w:rsidR="000C44E1">
        <w:rPr>
          <w:rFonts w:eastAsia="Arial"/>
          <w:b/>
          <w:color w:val="AD0049"/>
          <w:sz w:val="20"/>
          <w:szCs w:val="20"/>
        </w:rPr>
        <w:t>outcome of previous similar projects implemented including successful completions and whether learners were employed or self-employed after completion of your projects:</w:t>
      </w:r>
    </w:p>
    <w:tbl>
      <w:tblPr>
        <w:tblW w:w="10793" w:type="dxa"/>
        <w:tblInd w:w="-271" w:type="dxa"/>
        <w:tblLayout w:type="fixed"/>
        <w:tblCellMar>
          <w:top w:w="70" w:type="dxa"/>
          <w:left w:w="90" w:type="dxa"/>
          <w:bottom w:w="70" w:type="dxa"/>
          <w:right w:w="90" w:type="dxa"/>
        </w:tblCellMar>
        <w:tblLook w:val="04A0" w:firstRow="1" w:lastRow="0" w:firstColumn="1" w:lastColumn="0" w:noHBand="0" w:noVBand="1"/>
      </w:tblPr>
      <w:tblGrid>
        <w:gridCol w:w="10793"/>
      </w:tblGrid>
      <w:tr w:rsidR="002146F9" w:rsidRPr="00D23342" w14:paraId="675E2AA3" w14:textId="77777777" w:rsidTr="00AF28D5">
        <w:trPr>
          <w:cantSplit/>
          <w:trHeight w:val="506"/>
        </w:trPr>
        <w:tc>
          <w:tcPr>
            <w:tcW w:w="10793" w:type="dxa"/>
            <w:tcBorders>
              <w:top w:val="single" w:sz="4" w:space="0" w:color="BBB2A6"/>
              <w:left w:val="single" w:sz="4" w:space="0" w:color="BBB2A6"/>
              <w:bottom w:val="single" w:sz="4" w:space="0" w:color="BBB2A6"/>
              <w:right w:val="single" w:sz="4" w:space="0" w:color="BBB2A6"/>
            </w:tcBorders>
            <w:vAlign w:val="center"/>
          </w:tcPr>
          <w:p w14:paraId="1A5FC6E6" w14:textId="77777777" w:rsidR="002146F9" w:rsidRPr="00D23342" w:rsidRDefault="002146F9" w:rsidP="00623D65">
            <w:pPr>
              <w:spacing w:after="0"/>
            </w:pPr>
          </w:p>
        </w:tc>
      </w:tr>
    </w:tbl>
    <w:p w14:paraId="0B3E63FE" w14:textId="77777777" w:rsidR="002146F9" w:rsidRPr="00D23342" w:rsidRDefault="002146F9">
      <w:pPr>
        <w:spacing w:after="0"/>
      </w:pPr>
    </w:p>
    <w:tbl>
      <w:tblPr>
        <w:tblW w:w="10793" w:type="dxa"/>
        <w:tblInd w:w="-266" w:type="dxa"/>
        <w:tblLayout w:type="fixed"/>
        <w:tblCellMar>
          <w:top w:w="70" w:type="dxa"/>
          <w:left w:w="90" w:type="dxa"/>
          <w:bottom w:w="70" w:type="dxa"/>
          <w:right w:w="90" w:type="dxa"/>
        </w:tblCellMar>
        <w:tblLook w:val="04A0" w:firstRow="1" w:lastRow="0" w:firstColumn="1" w:lastColumn="0" w:noHBand="0" w:noVBand="1"/>
      </w:tblPr>
      <w:tblGrid>
        <w:gridCol w:w="835"/>
        <w:gridCol w:w="9958"/>
      </w:tblGrid>
      <w:tr w:rsidR="007F76DA" w:rsidRPr="00D23342" w14:paraId="245C8CD5" w14:textId="77777777" w:rsidTr="00F2480B">
        <w:trPr>
          <w:cantSplit/>
        </w:trPr>
        <w:tc>
          <w:tcPr>
            <w:tcW w:w="835" w:type="dxa"/>
            <w:shd w:val="clear" w:color="auto" w:fill="AD0049"/>
            <w:vAlign w:val="center"/>
          </w:tcPr>
          <w:p w14:paraId="0EBC3BA8" w14:textId="37F55C78" w:rsidR="007F76DA" w:rsidRPr="00D23342" w:rsidRDefault="002146F9" w:rsidP="00F643F3">
            <w:pPr>
              <w:jc w:val="center"/>
            </w:pPr>
            <w:r>
              <w:rPr>
                <w:rFonts w:eastAsia="Arial"/>
                <w:b/>
                <w:color w:val="FFFFFF"/>
                <w:sz w:val="20"/>
              </w:rPr>
              <w:lastRenderedPageBreak/>
              <w:t>5</w:t>
            </w:r>
          </w:p>
        </w:tc>
        <w:tc>
          <w:tcPr>
            <w:tcW w:w="9958" w:type="dxa"/>
            <w:shd w:val="clear" w:color="auto" w:fill="D9B262"/>
            <w:tcMar>
              <w:top w:w="0" w:type="dxa"/>
              <w:left w:w="108" w:type="dxa"/>
              <w:bottom w:w="0" w:type="dxa"/>
              <w:right w:w="108" w:type="dxa"/>
            </w:tcMar>
            <w:vAlign w:val="center"/>
          </w:tcPr>
          <w:p w14:paraId="66494803" w14:textId="77777777" w:rsidR="007F76DA" w:rsidRPr="00D23342" w:rsidRDefault="003065F4">
            <w:pPr>
              <w:spacing w:after="0"/>
            </w:pPr>
            <w:r w:rsidRPr="00D23342">
              <w:rPr>
                <w:rFonts w:eastAsia="Arial"/>
                <w:b/>
                <w:color w:val="AD0049"/>
                <w:sz w:val="20"/>
              </w:rPr>
              <w:t>Supporting Documents Checklist</w:t>
            </w:r>
            <w:r w:rsidRPr="00D23342">
              <w:rPr>
                <w:rFonts w:eastAsia="Arial"/>
                <w:b/>
                <w:color w:val="AD0049"/>
                <w:sz w:val="20"/>
              </w:rPr>
              <w:br/>
            </w:r>
            <w:r w:rsidRPr="00D23342">
              <w:rPr>
                <w:rFonts w:eastAsia="Arial"/>
                <w:i/>
                <w:color w:val="666666"/>
                <w:sz w:val="15"/>
              </w:rPr>
              <w:t>Upload the compulsory documents applicable to the applicant/category through SIMS.</w:t>
            </w:r>
          </w:p>
        </w:tc>
      </w:tr>
    </w:tbl>
    <w:p w14:paraId="0D9396E2" w14:textId="77777777" w:rsidR="007F76DA" w:rsidRPr="00D23342" w:rsidRDefault="007F76DA">
      <w:pPr>
        <w:spacing w:after="60"/>
      </w:pPr>
    </w:p>
    <w:tbl>
      <w:tblPr>
        <w:tblW w:w="10807" w:type="dxa"/>
        <w:tblInd w:w="-274" w:type="dxa"/>
        <w:tblLayout w:type="fixed"/>
        <w:tblLook w:val="04A0" w:firstRow="1" w:lastRow="0" w:firstColumn="1" w:lastColumn="0" w:noHBand="0" w:noVBand="1"/>
      </w:tblPr>
      <w:tblGrid>
        <w:gridCol w:w="575"/>
        <w:gridCol w:w="1959"/>
        <w:gridCol w:w="6946"/>
        <w:gridCol w:w="1327"/>
      </w:tblGrid>
      <w:tr w:rsidR="00B22E55" w:rsidRPr="00D23342" w14:paraId="0CA68E86" w14:textId="77777777" w:rsidTr="00F643F3">
        <w:trPr>
          <w:cantSplit/>
          <w:tblHeader/>
        </w:trPr>
        <w:tc>
          <w:tcPr>
            <w:tcW w:w="575" w:type="dxa"/>
            <w:tcBorders>
              <w:top w:val="single" w:sz="6" w:space="0" w:color="BBB2A6"/>
              <w:left w:val="single" w:sz="6" w:space="0" w:color="BBB2A6"/>
              <w:bottom w:val="single" w:sz="6" w:space="0" w:color="BBB2A6"/>
              <w:right w:val="single" w:sz="6" w:space="0" w:color="BBB2A6"/>
            </w:tcBorders>
            <w:shd w:val="clear" w:color="auto" w:fill="AD0049"/>
            <w:vAlign w:val="center"/>
          </w:tcPr>
          <w:p w14:paraId="721004DC" w14:textId="77777777" w:rsidR="00B22E55" w:rsidRPr="00D23342" w:rsidRDefault="00B22E55" w:rsidP="00B22E55">
            <w:pPr>
              <w:spacing w:after="0"/>
              <w:ind w:left="-130" w:firstLine="130"/>
              <w:jc w:val="center"/>
              <w:rPr>
                <w:sz w:val="20"/>
                <w:szCs w:val="20"/>
              </w:rPr>
            </w:pPr>
            <w:r w:rsidRPr="00D23342">
              <w:rPr>
                <w:rFonts w:eastAsia="Arial"/>
                <w:b/>
                <w:color w:val="FFFFFF"/>
                <w:sz w:val="20"/>
                <w:szCs w:val="20"/>
              </w:rPr>
              <w:t>No.</w:t>
            </w:r>
          </w:p>
        </w:tc>
        <w:tc>
          <w:tcPr>
            <w:tcW w:w="1959" w:type="dxa"/>
            <w:tcBorders>
              <w:top w:val="single" w:sz="6" w:space="0" w:color="BBB2A6"/>
              <w:left w:val="single" w:sz="6" w:space="0" w:color="BBB2A6"/>
              <w:bottom w:val="single" w:sz="6" w:space="0" w:color="BBB2A6"/>
              <w:right w:val="single" w:sz="6" w:space="0" w:color="BBB2A6"/>
            </w:tcBorders>
            <w:shd w:val="clear" w:color="auto" w:fill="AD0049"/>
            <w:vAlign w:val="center"/>
          </w:tcPr>
          <w:p w14:paraId="6B9764EE" w14:textId="77777777" w:rsidR="00B22E55" w:rsidRPr="00D23342" w:rsidRDefault="00B22E55" w:rsidP="00B22E55">
            <w:pPr>
              <w:spacing w:after="0"/>
              <w:jc w:val="center"/>
              <w:rPr>
                <w:b/>
                <w:color w:val="FFFFFF"/>
                <w:sz w:val="20"/>
                <w:szCs w:val="20"/>
              </w:rPr>
            </w:pPr>
            <w:r w:rsidRPr="00D23342">
              <w:rPr>
                <w:rFonts w:eastAsia="Arial"/>
                <w:b/>
                <w:color w:val="FFFFFF"/>
                <w:sz w:val="20"/>
                <w:szCs w:val="20"/>
              </w:rPr>
              <w:t>Applicable To</w:t>
            </w:r>
          </w:p>
        </w:tc>
        <w:tc>
          <w:tcPr>
            <w:tcW w:w="6946" w:type="dxa"/>
            <w:tcBorders>
              <w:top w:val="single" w:sz="6" w:space="0" w:color="BBB2A6"/>
              <w:left w:val="single" w:sz="6" w:space="0" w:color="BBB2A6"/>
              <w:bottom w:val="single" w:sz="6" w:space="0" w:color="BBB2A6"/>
              <w:right w:val="single" w:sz="6" w:space="0" w:color="BBB2A6"/>
            </w:tcBorders>
            <w:shd w:val="clear" w:color="auto" w:fill="AD0049"/>
            <w:vAlign w:val="center"/>
          </w:tcPr>
          <w:p w14:paraId="2A07E5CA" w14:textId="77777777" w:rsidR="00B22E55" w:rsidRPr="00D23342" w:rsidRDefault="00B22E55" w:rsidP="00B22E55">
            <w:pPr>
              <w:spacing w:after="0"/>
              <w:jc w:val="center"/>
              <w:rPr>
                <w:sz w:val="20"/>
                <w:szCs w:val="20"/>
              </w:rPr>
            </w:pPr>
            <w:r w:rsidRPr="00D23342">
              <w:rPr>
                <w:rFonts w:eastAsia="Arial"/>
                <w:b/>
                <w:color w:val="FFFFFF"/>
                <w:sz w:val="20"/>
                <w:szCs w:val="20"/>
              </w:rPr>
              <w:t>Required Document / Evidence</w:t>
            </w:r>
          </w:p>
        </w:tc>
        <w:tc>
          <w:tcPr>
            <w:tcW w:w="1327" w:type="dxa"/>
            <w:tcBorders>
              <w:top w:val="single" w:sz="6" w:space="0" w:color="BBB2A6"/>
              <w:left w:val="single" w:sz="6" w:space="0" w:color="BBB2A6"/>
              <w:bottom w:val="single" w:sz="6" w:space="0" w:color="BBB2A6"/>
              <w:right w:val="single" w:sz="6" w:space="0" w:color="BBB2A6"/>
            </w:tcBorders>
            <w:shd w:val="clear" w:color="auto" w:fill="AD0049"/>
            <w:vAlign w:val="center"/>
          </w:tcPr>
          <w:p w14:paraId="0C073C72" w14:textId="77777777" w:rsidR="00B22E55" w:rsidRPr="00D23342" w:rsidRDefault="00B22E55" w:rsidP="00B22E55">
            <w:pPr>
              <w:spacing w:after="0"/>
              <w:jc w:val="center"/>
              <w:rPr>
                <w:sz w:val="20"/>
                <w:szCs w:val="20"/>
              </w:rPr>
            </w:pPr>
            <w:r w:rsidRPr="00D23342">
              <w:rPr>
                <w:rFonts w:eastAsia="Arial"/>
                <w:b/>
                <w:color w:val="FFFFFF"/>
                <w:sz w:val="20"/>
                <w:szCs w:val="20"/>
              </w:rPr>
              <w:t>Attached</w:t>
            </w:r>
          </w:p>
        </w:tc>
      </w:tr>
      <w:tr w:rsidR="001316A5" w:rsidRPr="00D23342" w14:paraId="75EF0508" w14:textId="77777777" w:rsidTr="00F643F3">
        <w:trPr>
          <w:cantSplit/>
        </w:trPr>
        <w:tc>
          <w:tcPr>
            <w:tcW w:w="575" w:type="dxa"/>
            <w:tcBorders>
              <w:top w:val="single" w:sz="6" w:space="0" w:color="BBB2A6"/>
              <w:left w:val="single" w:sz="6" w:space="0" w:color="BBB2A6"/>
              <w:bottom w:val="single" w:sz="6" w:space="0" w:color="BBB2A6"/>
              <w:right w:val="single" w:sz="6" w:space="0" w:color="BBB2A6"/>
            </w:tcBorders>
            <w:vAlign w:val="center"/>
          </w:tcPr>
          <w:p w14:paraId="6CB66B7E" w14:textId="77777777" w:rsidR="001316A5" w:rsidRPr="00D23342" w:rsidRDefault="001316A5" w:rsidP="001316A5">
            <w:pPr>
              <w:spacing w:after="0"/>
              <w:jc w:val="center"/>
              <w:rPr>
                <w:sz w:val="18"/>
                <w:szCs w:val="18"/>
              </w:rPr>
            </w:pPr>
            <w:r w:rsidRPr="00D23342">
              <w:rPr>
                <w:rFonts w:eastAsia="Arial"/>
                <w:sz w:val="18"/>
                <w:szCs w:val="18"/>
              </w:rPr>
              <w:t>1</w:t>
            </w:r>
          </w:p>
        </w:tc>
        <w:tc>
          <w:tcPr>
            <w:tcW w:w="1959" w:type="dxa"/>
            <w:tcBorders>
              <w:top w:val="single" w:sz="6" w:space="0" w:color="BBB2A6"/>
              <w:left w:val="single" w:sz="6" w:space="0" w:color="BBB2A6"/>
              <w:bottom w:val="single" w:sz="6" w:space="0" w:color="BBB2A6"/>
              <w:right w:val="single" w:sz="6" w:space="0" w:color="BBB2A6"/>
            </w:tcBorders>
            <w:vAlign w:val="center"/>
          </w:tcPr>
          <w:p w14:paraId="2D469F2F" w14:textId="77777777" w:rsidR="001316A5" w:rsidRPr="00D23342" w:rsidRDefault="001316A5" w:rsidP="001316A5">
            <w:pPr>
              <w:spacing w:after="0"/>
              <w:rPr>
                <w:rFonts w:cs="Arial"/>
                <w:sz w:val="18"/>
                <w:szCs w:val="18"/>
              </w:rPr>
            </w:pPr>
            <w:r w:rsidRPr="00D23342">
              <w:rPr>
                <w:rFonts w:eastAsia="Arial" w:cs="Arial"/>
                <w:sz w:val="18"/>
                <w:szCs w:val="18"/>
              </w:rPr>
              <w:t>All applicants</w:t>
            </w:r>
          </w:p>
        </w:tc>
        <w:tc>
          <w:tcPr>
            <w:tcW w:w="6946" w:type="dxa"/>
            <w:tcBorders>
              <w:top w:val="single" w:sz="6" w:space="0" w:color="BBB2A6"/>
              <w:left w:val="single" w:sz="6" w:space="0" w:color="BBB2A6"/>
              <w:bottom w:val="single" w:sz="6" w:space="0" w:color="BBB2A6"/>
              <w:right w:val="single" w:sz="6" w:space="0" w:color="BBB2A6"/>
            </w:tcBorders>
            <w:vAlign w:val="center"/>
          </w:tcPr>
          <w:p w14:paraId="0955A2D2" w14:textId="77777777" w:rsidR="001316A5" w:rsidRPr="00D23342" w:rsidRDefault="001316A5" w:rsidP="001316A5">
            <w:pPr>
              <w:spacing w:after="0"/>
              <w:rPr>
                <w:sz w:val="18"/>
                <w:szCs w:val="18"/>
              </w:rPr>
            </w:pPr>
            <w:r w:rsidRPr="00D23342">
              <w:rPr>
                <w:rFonts w:eastAsia="Arial" w:cs="Arial"/>
                <w:sz w:val="18"/>
                <w:szCs w:val="18"/>
              </w:rPr>
              <w:t>The prescribed application form must be completed correctly, in full and duly signed by an authorised person.</w:t>
            </w:r>
          </w:p>
        </w:tc>
        <w:tc>
          <w:tcPr>
            <w:tcW w:w="1327" w:type="dxa"/>
            <w:tcBorders>
              <w:top w:val="single" w:sz="6" w:space="0" w:color="BBB2A6"/>
              <w:left w:val="single" w:sz="6" w:space="0" w:color="BBB2A6"/>
              <w:bottom w:val="single" w:sz="6" w:space="0" w:color="BBB2A6"/>
              <w:right w:val="single" w:sz="6" w:space="0" w:color="BBB2A6"/>
            </w:tcBorders>
            <w:vAlign w:val="center"/>
          </w:tcPr>
          <w:p w14:paraId="3554167A" w14:textId="77777777" w:rsidR="001316A5" w:rsidRPr="00D23342" w:rsidRDefault="001316A5" w:rsidP="001316A5">
            <w:pPr>
              <w:spacing w:after="0"/>
              <w:jc w:val="center"/>
              <w:rPr>
                <w:sz w:val="18"/>
                <w:szCs w:val="18"/>
              </w:rPr>
            </w:pPr>
            <w:r w:rsidRPr="00D23342">
              <w:rPr>
                <w:rFonts w:eastAsia="Arial"/>
                <w:sz w:val="18"/>
                <w:szCs w:val="18"/>
              </w:rPr>
              <w:t>☐</w:t>
            </w:r>
          </w:p>
        </w:tc>
      </w:tr>
      <w:tr w:rsidR="001316A5" w:rsidRPr="00D23342" w14:paraId="79E4A4B8" w14:textId="77777777" w:rsidTr="00F643F3">
        <w:trPr>
          <w:cantSplit/>
        </w:trPr>
        <w:tc>
          <w:tcPr>
            <w:tcW w:w="575" w:type="dxa"/>
            <w:tcBorders>
              <w:top w:val="single" w:sz="6" w:space="0" w:color="BBB2A6"/>
              <w:left w:val="single" w:sz="6" w:space="0" w:color="BBB2A6"/>
              <w:bottom w:val="single" w:sz="6" w:space="0" w:color="BBB2A6"/>
              <w:right w:val="single" w:sz="6" w:space="0" w:color="BBB2A6"/>
            </w:tcBorders>
            <w:vAlign w:val="center"/>
          </w:tcPr>
          <w:p w14:paraId="6DA10561" w14:textId="77777777" w:rsidR="001316A5" w:rsidRPr="00D23342" w:rsidRDefault="001316A5" w:rsidP="001316A5">
            <w:pPr>
              <w:spacing w:after="0"/>
              <w:jc w:val="center"/>
              <w:rPr>
                <w:sz w:val="18"/>
                <w:szCs w:val="18"/>
              </w:rPr>
            </w:pPr>
            <w:r w:rsidRPr="00D23342">
              <w:rPr>
                <w:rFonts w:eastAsia="Arial"/>
                <w:sz w:val="18"/>
                <w:szCs w:val="18"/>
              </w:rPr>
              <w:t>2</w:t>
            </w:r>
          </w:p>
        </w:tc>
        <w:tc>
          <w:tcPr>
            <w:tcW w:w="1959" w:type="dxa"/>
            <w:tcBorders>
              <w:top w:val="single" w:sz="6" w:space="0" w:color="BBB2A6"/>
              <w:left w:val="single" w:sz="6" w:space="0" w:color="BBB2A6"/>
              <w:bottom w:val="single" w:sz="6" w:space="0" w:color="BBB2A6"/>
              <w:right w:val="single" w:sz="6" w:space="0" w:color="BBB2A6"/>
            </w:tcBorders>
            <w:vAlign w:val="center"/>
          </w:tcPr>
          <w:p w14:paraId="555855A5" w14:textId="77777777" w:rsidR="001316A5" w:rsidRPr="00D23342" w:rsidRDefault="001316A5" w:rsidP="001316A5">
            <w:pPr>
              <w:spacing w:after="0"/>
              <w:rPr>
                <w:rFonts w:cs="Arial"/>
                <w:sz w:val="18"/>
                <w:szCs w:val="18"/>
              </w:rPr>
            </w:pPr>
            <w:r w:rsidRPr="00D23342">
              <w:rPr>
                <w:rFonts w:eastAsia="Arial" w:cs="Arial"/>
                <w:sz w:val="18"/>
                <w:szCs w:val="18"/>
              </w:rPr>
              <w:t>Eligible levy-paying employers</w:t>
            </w:r>
          </w:p>
        </w:tc>
        <w:tc>
          <w:tcPr>
            <w:tcW w:w="6946" w:type="dxa"/>
            <w:tcBorders>
              <w:top w:val="single" w:sz="6" w:space="0" w:color="BBB2A6"/>
              <w:left w:val="single" w:sz="6" w:space="0" w:color="BBB2A6"/>
              <w:bottom w:val="single" w:sz="6" w:space="0" w:color="BBB2A6"/>
              <w:right w:val="single" w:sz="6" w:space="0" w:color="BBB2A6"/>
            </w:tcBorders>
            <w:vAlign w:val="center"/>
          </w:tcPr>
          <w:p w14:paraId="38DA7B13" w14:textId="77777777" w:rsidR="001316A5" w:rsidRPr="00D23342" w:rsidRDefault="001316A5" w:rsidP="001316A5">
            <w:pPr>
              <w:spacing w:after="0"/>
              <w:rPr>
                <w:sz w:val="18"/>
                <w:szCs w:val="18"/>
              </w:rPr>
            </w:pPr>
            <w:r w:rsidRPr="00D23342">
              <w:rPr>
                <w:rFonts w:eastAsia="Arial" w:cs="Arial"/>
                <w:sz w:val="18"/>
                <w:szCs w:val="18"/>
              </w:rPr>
              <w:t>Approved 2026 WSP/ATR. If undergoing an Inter-SETA transfer: Inter-SETA transfer form and proof of approved 2026 WSP/ATR from the relevant SETA.</w:t>
            </w:r>
          </w:p>
        </w:tc>
        <w:tc>
          <w:tcPr>
            <w:tcW w:w="1327" w:type="dxa"/>
            <w:tcBorders>
              <w:top w:val="single" w:sz="6" w:space="0" w:color="BBB2A6"/>
              <w:left w:val="single" w:sz="6" w:space="0" w:color="BBB2A6"/>
              <w:bottom w:val="single" w:sz="6" w:space="0" w:color="BBB2A6"/>
              <w:right w:val="single" w:sz="6" w:space="0" w:color="BBB2A6"/>
            </w:tcBorders>
            <w:vAlign w:val="center"/>
          </w:tcPr>
          <w:p w14:paraId="30B06377" w14:textId="77777777" w:rsidR="001316A5" w:rsidRPr="00D23342" w:rsidRDefault="001316A5" w:rsidP="001316A5">
            <w:pPr>
              <w:spacing w:after="0"/>
              <w:jc w:val="center"/>
              <w:rPr>
                <w:sz w:val="18"/>
                <w:szCs w:val="18"/>
              </w:rPr>
            </w:pPr>
            <w:r w:rsidRPr="00D23342">
              <w:rPr>
                <w:rFonts w:eastAsia="Arial"/>
                <w:sz w:val="18"/>
                <w:szCs w:val="18"/>
              </w:rPr>
              <w:t>☐</w:t>
            </w:r>
          </w:p>
        </w:tc>
      </w:tr>
      <w:tr w:rsidR="001316A5" w:rsidRPr="00D23342" w14:paraId="1F6E8C50" w14:textId="77777777" w:rsidTr="00F643F3">
        <w:trPr>
          <w:cantSplit/>
        </w:trPr>
        <w:tc>
          <w:tcPr>
            <w:tcW w:w="575" w:type="dxa"/>
            <w:tcBorders>
              <w:top w:val="single" w:sz="6" w:space="0" w:color="BBB2A6"/>
              <w:left w:val="single" w:sz="6" w:space="0" w:color="BBB2A6"/>
              <w:bottom w:val="single" w:sz="6" w:space="0" w:color="BBB2A6"/>
              <w:right w:val="single" w:sz="6" w:space="0" w:color="BBB2A6"/>
            </w:tcBorders>
            <w:vAlign w:val="center"/>
          </w:tcPr>
          <w:p w14:paraId="51FA5D39" w14:textId="77777777" w:rsidR="001316A5" w:rsidRPr="00D23342" w:rsidRDefault="001316A5" w:rsidP="001316A5">
            <w:pPr>
              <w:spacing w:after="0"/>
              <w:jc w:val="center"/>
              <w:rPr>
                <w:sz w:val="18"/>
                <w:szCs w:val="18"/>
              </w:rPr>
            </w:pPr>
            <w:r w:rsidRPr="00D23342">
              <w:rPr>
                <w:rFonts w:eastAsia="Arial"/>
                <w:sz w:val="18"/>
                <w:szCs w:val="18"/>
              </w:rPr>
              <w:t>4</w:t>
            </w:r>
          </w:p>
        </w:tc>
        <w:tc>
          <w:tcPr>
            <w:tcW w:w="1959" w:type="dxa"/>
            <w:tcBorders>
              <w:top w:val="single" w:sz="6" w:space="0" w:color="BBB2A6"/>
              <w:left w:val="single" w:sz="6" w:space="0" w:color="BBB2A6"/>
              <w:bottom w:val="single" w:sz="6" w:space="0" w:color="BBB2A6"/>
              <w:right w:val="single" w:sz="6" w:space="0" w:color="BBB2A6"/>
            </w:tcBorders>
            <w:vAlign w:val="center"/>
          </w:tcPr>
          <w:p w14:paraId="0CD73258" w14:textId="77777777" w:rsidR="001316A5" w:rsidRPr="00D23342" w:rsidRDefault="001316A5" w:rsidP="001316A5">
            <w:pPr>
              <w:spacing w:after="0"/>
              <w:rPr>
                <w:rFonts w:cs="Arial"/>
                <w:sz w:val="18"/>
                <w:szCs w:val="18"/>
              </w:rPr>
            </w:pPr>
            <w:r w:rsidRPr="00D23342">
              <w:rPr>
                <w:rFonts w:eastAsia="Arial" w:cs="Arial"/>
                <w:sz w:val="18"/>
                <w:szCs w:val="18"/>
              </w:rPr>
              <w:t>Public Universities / UoTs / TVET / CET Colleges</w:t>
            </w:r>
          </w:p>
        </w:tc>
        <w:tc>
          <w:tcPr>
            <w:tcW w:w="6946" w:type="dxa"/>
            <w:tcBorders>
              <w:top w:val="single" w:sz="6" w:space="0" w:color="BBB2A6"/>
              <w:left w:val="single" w:sz="6" w:space="0" w:color="BBB2A6"/>
              <w:bottom w:val="single" w:sz="6" w:space="0" w:color="BBB2A6"/>
              <w:right w:val="single" w:sz="6" w:space="0" w:color="BBB2A6"/>
            </w:tcBorders>
            <w:vAlign w:val="center"/>
          </w:tcPr>
          <w:p w14:paraId="36B31D41" w14:textId="10125214" w:rsidR="001316A5" w:rsidRPr="00D23342" w:rsidRDefault="001316A5" w:rsidP="001316A5">
            <w:pPr>
              <w:spacing w:after="0"/>
              <w:rPr>
                <w:sz w:val="18"/>
                <w:szCs w:val="18"/>
              </w:rPr>
            </w:pPr>
            <w:r w:rsidRPr="00D23342">
              <w:rPr>
                <w:rFonts w:eastAsia="Arial" w:cs="Arial"/>
                <w:sz w:val="18"/>
                <w:szCs w:val="18"/>
              </w:rPr>
              <w:t>CSD registration.</w:t>
            </w:r>
          </w:p>
        </w:tc>
        <w:tc>
          <w:tcPr>
            <w:tcW w:w="1327" w:type="dxa"/>
            <w:tcBorders>
              <w:top w:val="single" w:sz="6" w:space="0" w:color="BBB2A6"/>
              <w:left w:val="single" w:sz="6" w:space="0" w:color="BBB2A6"/>
              <w:bottom w:val="single" w:sz="6" w:space="0" w:color="BBB2A6"/>
              <w:right w:val="single" w:sz="6" w:space="0" w:color="BBB2A6"/>
            </w:tcBorders>
            <w:vAlign w:val="center"/>
          </w:tcPr>
          <w:p w14:paraId="107624CD" w14:textId="77777777" w:rsidR="001316A5" w:rsidRPr="00D23342" w:rsidRDefault="001316A5" w:rsidP="001316A5">
            <w:pPr>
              <w:spacing w:after="0"/>
              <w:jc w:val="center"/>
              <w:rPr>
                <w:sz w:val="18"/>
                <w:szCs w:val="18"/>
              </w:rPr>
            </w:pPr>
            <w:r w:rsidRPr="00D23342">
              <w:rPr>
                <w:rFonts w:eastAsia="Arial"/>
                <w:sz w:val="18"/>
                <w:szCs w:val="18"/>
              </w:rPr>
              <w:t>☐</w:t>
            </w:r>
          </w:p>
        </w:tc>
      </w:tr>
      <w:tr w:rsidR="001316A5" w:rsidRPr="00D23342" w14:paraId="2DBDEF9F" w14:textId="77777777" w:rsidTr="00F643F3">
        <w:trPr>
          <w:cantSplit/>
        </w:trPr>
        <w:tc>
          <w:tcPr>
            <w:tcW w:w="575" w:type="dxa"/>
            <w:tcBorders>
              <w:top w:val="single" w:sz="6" w:space="0" w:color="BBB2A6"/>
              <w:left w:val="single" w:sz="6" w:space="0" w:color="BBB2A6"/>
              <w:bottom w:val="single" w:sz="6" w:space="0" w:color="BBB2A6"/>
              <w:right w:val="single" w:sz="6" w:space="0" w:color="BBB2A6"/>
            </w:tcBorders>
            <w:vAlign w:val="center"/>
          </w:tcPr>
          <w:p w14:paraId="5A58CC63" w14:textId="305FBF59" w:rsidR="001316A5" w:rsidRPr="00D23342" w:rsidRDefault="00A14770" w:rsidP="001316A5">
            <w:pPr>
              <w:spacing w:after="0"/>
              <w:jc w:val="center"/>
              <w:rPr>
                <w:sz w:val="18"/>
                <w:szCs w:val="18"/>
              </w:rPr>
            </w:pPr>
            <w:r>
              <w:rPr>
                <w:rFonts w:eastAsia="Arial"/>
                <w:sz w:val="18"/>
                <w:szCs w:val="18"/>
              </w:rPr>
              <w:t>5</w:t>
            </w:r>
          </w:p>
        </w:tc>
        <w:tc>
          <w:tcPr>
            <w:tcW w:w="1959" w:type="dxa"/>
            <w:tcBorders>
              <w:top w:val="single" w:sz="6" w:space="0" w:color="BBB2A6"/>
              <w:left w:val="single" w:sz="6" w:space="0" w:color="BBB2A6"/>
              <w:bottom w:val="single" w:sz="6" w:space="0" w:color="BBB2A6"/>
              <w:right w:val="single" w:sz="6" w:space="0" w:color="BBB2A6"/>
            </w:tcBorders>
            <w:vAlign w:val="center"/>
          </w:tcPr>
          <w:p w14:paraId="1BA5E6C8" w14:textId="77777777" w:rsidR="001316A5" w:rsidRPr="00D23342" w:rsidRDefault="001316A5" w:rsidP="001316A5">
            <w:pPr>
              <w:spacing w:after="0"/>
              <w:rPr>
                <w:rFonts w:cs="Arial"/>
                <w:sz w:val="18"/>
                <w:szCs w:val="18"/>
              </w:rPr>
            </w:pPr>
            <w:r w:rsidRPr="00D23342">
              <w:rPr>
                <w:rFonts w:eastAsia="Arial" w:cs="Arial"/>
                <w:sz w:val="18"/>
                <w:szCs w:val="18"/>
              </w:rPr>
              <w:t>Accredited Training Providers</w:t>
            </w:r>
          </w:p>
        </w:tc>
        <w:tc>
          <w:tcPr>
            <w:tcW w:w="6946" w:type="dxa"/>
            <w:tcBorders>
              <w:top w:val="single" w:sz="6" w:space="0" w:color="BBB2A6"/>
              <w:left w:val="single" w:sz="6" w:space="0" w:color="BBB2A6"/>
              <w:bottom w:val="single" w:sz="6" w:space="0" w:color="BBB2A6"/>
              <w:right w:val="single" w:sz="6" w:space="0" w:color="BBB2A6"/>
            </w:tcBorders>
            <w:vAlign w:val="center"/>
          </w:tcPr>
          <w:p w14:paraId="1AD8ACCC" w14:textId="46429D02" w:rsidR="00A14770" w:rsidRDefault="001316A5" w:rsidP="001316A5">
            <w:pPr>
              <w:spacing w:after="0"/>
              <w:rPr>
                <w:rFonts w:eastAsia="Arial" w:cs="Arial"/>
                <w:sz w:val="18"/>
                <w:szCs w:val="18"/>
              </w:rPr>
            </w:pPr>
            <w:r w:rsidRPr="00D23342">
              <w:rPr>
                <w:rFonts w:eastAsia="Arial" w:cs="Arial"/>
                <w:sz w:val="18"/>
                <w:szCs w:val="18"/>
              </w:rPr>
              <w:t>Accreditation letter with relevant scope</w:t>
            </w:r>
          </w:p>
          <w:p w14:paraId="469340F3" w14:textId="4F1BD77B" w:rsidR="00496C4E" w:rsidRPr="00D23342" w:rsidRDefault="001316A5" w:rsidP="001316A5">
            <w:pPr>
              <w:spacing w:after="0"/>
              <w:rPr>
                <w:rFonts w:eastAsia="Arial" w:cs="Arial"/>
                <w:sz w:val="18"/>
                <w:szCs w:val="18"/>
              </w:rPr>
            </w:pPr>
            <w:r w:rsidRPr="00D23342">
              <w:rPr>
                <w:rFonts w:eastAsia="Arial" w:cs="Arial"/>
                <w:sz w:val="18"/>
                <w:szCs w:val="18"/>
              </w:rPr>
              <w:t>CSD registration</w:t>
            </w:r>
          </w:p>
        </w:tc>
        <w:tc>
          <w:tcPr>
            <w:tcW w:w="1327" w:type="dxa"/>
            <w:tcBorders>
              <w:top w:val="single" w:sz="6" w:space="0" w:color="BBB2A6"/>
              <w:left w:val="single" w:sz="6" w:space="0" w:color="BBB2A6"/>
              <w:bottom w:val="single" w:sz="6" w:space="0" w:color="BBB2A6"/>
              <w:right w:val="single" w:sz="6" w:space="0" w:color="BBB2A6"/>
            </w:tcBorders>
            <w:vAlign w:val="center"/>
          </w:tcPr>
          <w:p w14:paraId="1A2F9042" w14:textId="77777777" w:rsidR="001316A5" w:rsidRPr="00D23342" w:rsidRDefault="001316A5" w:rsidP="001316A5">
            <w:pPr>
              <w:spacing w:after="0"/>
              <w:jc w:val="center"/>
              <w:rPr>
                <w:sz w:val="18"/>
                <w:szCs w:val="18"/>
              </w:rPr>
            </w:pPr>
            <w:r w:rsidRPr="00D23342">
              <w:rPr>
                <w:rFonts w:eastAsia="Arial"/>
                <w:sz w:val="18"/>
                <w:szCs w:val="18"/>
              </w:rPr>
              <w:t>☐</w:t>
            </w:r>
          </w:p>
        </w:tc>
      </w:tr>
    </w:tbl>
    <w:p w14:paraId="6A9E70B7" w14:textId="77777777" w:rsidR="00F643F3" w:rsidRPr="00D23342" w:rsidRDefault="00F643F3">
      <w:pPr>
        <w:spacing w:after="0" w:line="240" w:lineRule="auto"/>
      </w:pPr>
    </w:p>
    <w:tbl>
      <w:tblPr>
        <w:tblW w:w="10807" w:type="dxa"/>
        <w:tblInd w:w="-266" w:type="dxa"/>
        <w:tblLayout w:type="fixed"/>
        <w:tblCellMar>
          <w:top w:w="70" w:type="dxa"/>
          <w:left w:w="90" w:type="dxa"/>
          <w:bottom w:w="70" w:type="dxa"/>
          <w:right w:w="90" w:type="dxa"/>
        </w:tblCellMar>
        <w:tblLook w:val="04A0" w:firstRow="1" w:lastRow="0" w:firstColumn="1" w:lastColumn="0" w:noHBand="0" w:noVBand="1"/>
      </w:tblPr>
      <w:tblGrid>
        <w:gridCol w:w="835"/>
        <w:gridCol w:w="9972"/>
      </w:tblGrid>
      <w:tr w:rsidR="007F76DA" w:rsidRPr="00D23342" w14:paraId="3B79A39F" w14:textId="77777777" w:rsidTr="00F2480B">
        <w:trPr>
          <w:cantSplit/>
        </w:trPr>
        <w:tc>
          <w:tcPr>
            <w:tcW w:w="835" w:type="dxa"/>
            <w:shd w:val="clear" w:color="auto" w:fill="AD0049"/>
            <w:vAlign w:val="center"/>
          </w:tcPr>
          <w:p w14:paraId="5B570108" w14:textId="034E4C01" w:rsidR="007F76DA" w:rsidRPr="00D23342" w:rsidRDefault="00A14770" w:rsidP="00F643F3">
            <w:pPr>
              <w:jc w:val="center"/>
            </w:pPr>
            <w:r>
              <w:rPr>
                <w:rFonts w:eastAsia="Arial"/>
                <w:b/>
                <w:color w:val="FFFFFF"/>
                <w:sz w:val="20"/>
              </w:rPr>
              <w:t>6</w:t>
            </w:r>
          </w:p>
        </w:tc>
        <w:tc>
          <w:tcPr>
            <w:tcW w:w="9972" w:type="dxa"/>
            <w:shd w:val="clear" w:color="auto" w:fill="D9B262"/>
            <w:tcMar>
              <w:top w:w="0" w:type="dxa"/>
              <w:left w:w="108" w:type="dxa"/>
              <w:bottom w:w="0" w:type="dxa"/>
              <w:right w:w="108" w:type="dxa"/>
            </w:tcMar>
            <w:vAlign w:val="center"/>
          </w:tcPr>
          <w:p w14:paraId="33CF86F8" w14:textId="77777777" w:rsidR="007F76DA" w:rsidRPr="00D23342" w:rsidRDefault="003065F4">
            <w:pPr>
              <w:spacing w:after="0"/>
            </w:pPr>
            <w:r w:rsidRPr="00D23342">
              <w:rPr>
                <w:rFonts w:eastAsia="Arial"/>
                <w:b/>
                <w:color w:val="AD0049"/>
                <w:sz w:val="20"/>
              </w:rPr>
              <w:t>Applicant Compliance Declaration and Authorisation</w:t>
            </w:r>
            <w:r w:rsidRPr="00D23342">
              <w:rPr>
                <w:rFonts w:eastAsia="Arial"/>
                <w:b/>
                <w:color w:val="AD0049"/>
                <w:sz w:val="20"/>
              </w:rPr>
              <w:br/>
            </w:r>
            <w:r w:rsidRPr="00D23342">
              <w:rPr>
                <w:rFonts w:eastAsia="Arial"/>
                <w:i/>
                <w:color w:val="666666"/>
                <w:sz w:val="15"/>
              </w:rPr>
              <w:t>To be completed by the authorised representative. Tick Yes or No for each statement. Any “No” response must be explained below.</w:t>
            </w:r>
          </w:p>
        </w:tc>
      </w:tr>
    </w:tbl>
    <w:p w14:paraId="4486E833" w14:textId="77777777" w:rsidR="007F76DA" w:rsidRPr="00D23342" w:rsidRDefault="007F76DA">
      <w:pPr>
        <w:spacing w:after="60"/>
      </w:pPr>
    </w:p>
    <w:tbl>
      <w:tblPr>
        <w:tblW w:w="10821" w:type="dxa"/>
        <w:tblInd w:w="-271" w:type="dxa"/>
        <w:tblLayout w:type="fixed"/>
        <w:tblCellMar>
          <w:top w:w="70" w:type="dxa"/>
          <w:left w:w="90" w:type="dxa"/>
          <w:bottom w:w="70" w:type="dxa"/>
          <w:right w:w="90" w:type="dxa"/>
        </w:tblCellMar>
        <w:tblLook w:val="04A0" w:firstRow="1" w:lastRow="0" w:firstColumn="1" w:lastColumn="0" w:noHBand="0" w:noVBand="1"/>
      </w:tblPr>
      <w:tblGrid>
        <w:gridCol w:w="547"/>
        <w:gridCol w:w="9042"/>
        <w:gridCol w:w="602"/>
        <w:gridCol w:w="630"/>
      </w:tblGrid>
      <w:tr w:rsidR="007F76DA" w:rsidRPr="00D23342" w14:paraId="6BF73B15" w14:textId="77777777" w:rsidTr="00BD0B5A">
        <w:trPr>
          <w:cantSplit/>
          <w:tblHeader/>
        </w:trPr>
        <w:tc>
          <w:tcPr>
            <w:tcW w:w="547"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0686B36A" w14:textId="77777777" w:rsidR="007F76DA" w:rsidRPr="00D23342" w:rsidRDefault="003065F4">
            <w:pPr>
              <w:spacing w:after="0"/>
              <w:jc w:val="center"/>
              <w:rPr>
                <w:sz w:val="20"/>
                <w:szCs w:val="20"/>
              </w:rPr>
            </w:pPr>
            <w:r w:rsidRPr="00D23342">
              <w:rPr>
                <w:rFonts w:eastAsia="Arial"/>
                <w:b/>
                <w:color w:val="FFFFFF"/>
                <w:sz w:val="20"/>
                <w:szCs w:val="20"/>
              </w:rPr>
              <w:t>No.</w:t>
            </w:r>
          </w:p>
        </w:tc>
        <w:tc>
          <w:tcPr>
            <w:tcW w:w="9042"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789D9689" w14:textId="77777777" w:rsidR="007F76DA" w:rsidRPr="00D23342" w:rsidRDefault="003065F4">
            <w:pPr>
              <w:spacing w:after="0"/>
              <w:jc w:val="center"/>
              <w:rPr>
                <w:sz w:val="20"/>
                <w:szCs w:val="20"/>
              </w:rPr>
            </w:pPr>
            <w:r w:rsidRPr="00D23342">
              <w:rPr>
                <w:rFonts w:eastAsia="Arial"/>
                <w:b/>
                <w:color w:val="FFFFFF"/>
                <w:sz w:val="20"/>
                <w:szCs w:val="20"/>
              </w:rPr>
              <w:t>Requirement / Declaration</w:t>
            </w:r>
          </w:p>
        </w:tc>
        <w:tc>
          <w:tcPr>
            <w:tcW w:w="602"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50A50C57" w14:textId="77777777" w:rsidR="007F76DA" w:rsidRPr="00D23342" w:rsidRDefault="003065F4">
            <w:pPr>
              <w:spacing w:after="0"/>
              <w:jc w:val="center"/>
              <w:rPr>
                <w:sz w:val="20"/>
                <w:szCs w:val="20"/>
              </w:rPr>
            </w:pPr>
            <w:r w:rsidRPr="00D23342">
              <w:rPr>
                <w:rFonts w:eastAsia="Arial"/>
                <w:b/>
                <w:color w:val="FFFFFF"/>
                <w:sz w:val="20"/>
                <w:szCs w:val="20"/>
              </w:rPr>
              <w:t>Yes</w:t>
            </w:r>
          </w:p>
        </w:tc>
        <w:tc>
          <w:tcPr>
            <w:tcW w:w="630" w:type="dxa"/>
            <w:tcBorders>
              <w:top w:val="single" w:sz="4" w:space="0" w:color="BBB2A6"/>
              <w:left w:val="single" w:sz="4" w:space="0" w:color="BBB2A6"/>
              <w:bottom w:val="single" w:sz="4" w:space="0" w:color="BBB2A6"/>
              <w:right w:val="single" w:sz="4" w:space="0" w:color="BBB2A6"/>
            </w:tcBorders>
            <w:shd w:val="clear" w:color="auto" w:fill="AD0049"/>
            <w:vAlign w:val="center"/>
          </w:tcPr>
          <w:p w14:paraId="66D74822" w14:textId="77777777" w:rsidR="007F76DA" w:rsidRPr="00D23342" w:rsidRDefault="003065F4">
            <w:pPr>
              <w:spacing w:after="0"/>
              <w:jc w:val="center"/>
              <w:rPr>
                <w:sz w:val="20"/>
                <w:szCs w:val="20"/>
              </w:rPr>
            </w:pPr>
            <w:r w:rsidRPr="00D23342">
              <w:rPr>
                <w:rFonts w:eastAsia="Arial"/>
                <w:b/>
                <w:color w:val="FFFFFF"/>
                <w:sz w:val="20"/>
                <w:szCs w:val="20"/>
              </w:rPr>
              <w:t>No</w:t>
            </w:r>
          </w:p>
        </w:tc>
      </w:tr>
      <w:tr w:rsidR="007F76DA" w:rsidRPr="00D23342" w14:paraId="31523C80"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6A282B4" w14:textId="77777777" w:rsidR="007F76DA" w:rsidRPr="00D23342" w:rsidRDefault="001316A5">
            <w:pPr>
              <w:spacing w:after="0"/>
              <w:jc w:val="center"/>
              <w:rPr>
                <w:sz w:val="18"/>
                <w:szCs w:val="18"/>
              </w:rPr>
            </w:pPr>
            <w:r w:rsidRPr="00D23342">
              <w:rPr>
                <w:rFonts w:eastAsia="Arial"/>
                <w:sz w:val="18"/>
                <w:szCs w:val="18"/>
              </w:rPr>
              <w:t>1</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37CE06D" w14:textId="349DE409" w:rsidR="007F76DA" w:rsidRPr="00D23342" w:rsidRDefault="002205ED">
            <w:pPr>
              <w:spacing w:after="0"/>
              <w:rPr>
                <w:sz w:val="18"/>
                <w:szCs w:val="18"/>
              </w:rPr>
            </w:pPr>
            <w:r w:rsidRPr="00D23342">
              <w:rPr>
                <w:rFonts w:eastAsia="Arial"/>
                <w:sz w:val="18"/>
                <w:szCs w:val="18"/>
              </w:rPr>
              <w:t>The proposed beneficiaries are unemployed and meet the beneficiary requirements of this Funding Window, including the age and South African identity requirements</w:t>
            </w:r>
            <w:r w:rsidR="00A14770">
              <w:rPr>
                <w:rFonts w:eastAsia="Arial"/>
                <w:sz w:val="18"/>
                <w:szCs w:val="18"/>
              </w:rPr>
              <w:t>.</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8BA6F72"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3522494"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259DC22B"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AE7C25B" w14:textId="77777777" w:rsidR="007F76DA" w:rsidRPr="00D23342" w:rsidRDefault="001316A5">
            <w:pPr>
              <w:spacing w:after="0"/>
              <w:jc w:val="center"/>
              <w:rPr>
                <w:sz w:val="18"/>
                <w:szCs w:val="18"/>
              </w:rPr>
            </w:pPr>
            <w:r w:rsidRPr="00D23342">
              <w:rPr>
                <w:rFonts w:eastAsia="Arial"/>
                <w:sz w:val="18"/>
                <w:szCs w:val="18"/>
              </w:rPr>
              <w:t>2</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817FE50" w14:textId="77777777" w:rsidR="00CF506B" w:rsidRPr="00D23342" w:rsidRDefault="003065F4">
            <w:pPr>
              <w:spacing w:after="0"/>
              <w:rPr>
                <w:sz w:val="18"/>
                <w:szCs w:val="18"/>
              </w:rPr>
            </w:pPr>
            <w:r w:rsidRPr="00D23342">
              <w:rPr>
                <w:rFonts w:eastAsia="Arial"/>
                <w:sz w:val="18"/>
                <w:szCs w:val="18"/>
              </w:rPr>
              <w:t>The applicant has selected only one programme category for this application.</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B843A6C"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AC228A3"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3951F922"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02EB401" w14:textId="77777777" w:rsidR="007F76DA" w:rsidRPr="00D23342" w:rsidRDefault="001316A5">
            <w:pPr>
              <w:spacing w:after="0"/>
              <w:jc w:val="center"/>
              <w:rPr>
                <w:sz w:val="18"/>
                <w:szCs w:val="18"/>
              </w:rPr>
            </w:pPr>
            <w:r w:rsidRPr="00D23342">
              <w:rPr>
                <w:rFonts w:eastAsia="Arial"/>
                <w:sz w:val="18"/>
                <w:szCs w:val="18"/>
              </w:rPr>
              <w:t>3</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ABC4FAD" w14:textId="77777777" w:rsidR="007F76DA" w:rsidRPr="00D23342" w:rsidRDefault="003065F4">
            <w:pPr>
              <w:spacing w:after="0"/>
              <w:rPr>
                <w:sz w:val="18"/>
                <w:szCs w:val="18"/>
              </w:rPr>
            </w:pPr>
            <w:r w:rsidRPr="00D23342">
              <w:rPr>
                <w:rFonts w:eastAsia="Arial"/>
                <w:sz w:val="18"/>
                <w:szCs w:val="18"/>
              </w:rPr>
              <w:t>The proposed programme will be delivered in person and meets the applicable duration requirement: Skills Programme not longer than 6 months; AI Bursary 6–12 months; or Work Readiness minimum 2 weeks of structured learning with assessment, practical outputs and a certificate of completion.</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54953FF"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92847AA"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7A1DF76D"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8CF65EB" w14:textId="77777777" w:rsidR="007F76DA" w:rsidRPr="00D23342" w:rsidRDefault="001316A5">
            <w:pPr>
              <w:spacing w:after="0"/>
              <w:jc w:val="center"/>
              <w:rPr>
                <w:sz w:val="18"/>
                <w:szCs w:val="18"/>
              </w:rPr>
            </w:pPr>
            <w:r w:rsidRPr="00D23342">
              <w:rPr>
                <w:rFonts w:eastAsia="Arial"/>
                <w:sz w:val="18"/>
                <w:szCs w:val="18"/>
              </w:rPr>
              <w:t>4</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785B6AB" w14:textId="77777777" w:rsidR="007F76DA" w:rsidRPr="00D23342" w:rsidRDefault="00267C49">
            <w:pPr>
              <w:spacing w:after="0"/>
              <w:rPr>
                <w:sz w:val="18"/>
                <w:szCs w:val="18"/>
              </w:rPr>
            </w:pPr>
            <w:r w:rsidRPr="00D23342">
              <w:rPr>
                <w:rFonts w:eastAsia="Arial"/>
                <w:sz w:val="18"/>
                <w:szCs w:val="18"/>
              </w:rPr>
              <w:t>The proposed Training Provider has the appropriate expertise and capacity and, where applicable, the required accreditation or licensing. Where the applicant is a public training institution or Training Provider, training will be delivered directly and not outsourced to a third party.</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FBDB735"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C2A341B"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5C793A75"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AAA081B" w14:textId="77777777" w:rsidR="007F76DA" w:rsidRPr="00D23342" w:rsidRDefault="001316A5">
            <w:pPr>
              <w:spacing w:after="0"/>
              <w:jc w:val="center"/>
              <w:rPr>
                <w:sz w:val="18"/>
                <w:szCs w:val="18"/>
              </w:rPr>
            </w:pPr>
            <w:r w:rsidRPr="00D23342">
              <w:rPr>
                <w:rFonts w:eastAsia="Arial"/>
                <w:sz w:val="18"/>
                <w:szCs w:val="18"/>
              </w:rPr>
              <w:t>5</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805E939" w14:textId="77777777" w:rsidR="007F76DA" w:rsidRPr="00D23342" w:rsidRDefault="003065F4">
            <w:pPr>
              <w:spacing w:after="0"/>
              <w:rPr>
                <w:sz w:val="18"/>
                <w:szCs w:val="18"/>
              </w:rPr>
            </w:pPr>
            <w:r w:rsidRPr="00D23342">
              <w:rPr>
                <w:rFonts w:eastAsia="Arial"/>
                <w:sz w:val="18"/>
                <w:szCs w:val="18"/>
              </w:rPr>
              <w:t>The applicant confirms that they are not under investigation for mismanagement of funds, fraudulent activities, or conduct resulting in fruitless and wasteful expenditure.</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5D0FB63"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D48C9FA"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0D757F6D"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1C49503" w14:textId="77777777" w:rsidR="007F76DA" w:rsidRPr="00D23342" w:rsidRDefault="001316A5">
            <w:pPr>
              <w:spacing w:after="0"/>
              <w:jc w:val="center"/>
              <w:rPr>
                <w:sz w:val="18"/>
                <w:szCs w:val="18"/>
              </w:rPr>
            </w:pPr>
            <w:r w:rsidRPr="00D23342">
              <w:rPr>
                <w:rFonts w:eastAsia="Arial"/>
                <w:sz w:val="18"/>
                <w:szCs w:val="18"/>
              </w:rPr>
              <w:t>6</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5D956D41" w14:textId="77777777" w:rsidR="007F76DA" w:rsidRPr="00D23342" w:rsidRDefault="008B03A4">
            <w:pPr>
              <w:spacing w:after="0"/>
              <w:rPr>
                <w:sz w:val="18"/>
                <w:szCs w:val="18"/>
              </w:rPr>
            </w:pPr>
            <w:r w:rsidRPr="00D23342">
              <w:rPr>
                <w:rFonts w:eastAsia="Arial"/>
                <w:sz w:val="18"/>
                <w:szCs w:val="18"/>
              </w:rPr>
              <w:t>The applicant confirms that a</w:t>
            </w:r>
            <w:r w:rsidR="0018262D" w:rsidRPr="00D23342">
              <w:rPr>
                <w:rFonts w:eastAsia="Arial"/>
                <w:sz w:val="18"/>
                <w:szCs w:val="18"/>
              </w:rPr>
              <w:t>ll information provided in this application and supporting documents is complete, accurate, not misleading and capable of verification.</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488D364C"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C68D9B9"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6F6D4E12"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FA63DC1" w14:textId="77777777" w:rsidR="007F76DA" w:rsidRPr="00D23342" w:rsidRDefault="001316A5">
            <w:pPr>
              <w:spacing w:after="0"/>
              <w:jc w:val="center"/>
              <w:rPr>
                <w:sz w:val="18"/>
                <w:szCs w:val="18"/>
              </w:rPr>
            </w:pPr>
            <w:r w:rsidRPr="00D23342">
              <w:rPr>
                <w:rFonts w:eastAsia="Arial"/>
                <w:sz w:val="18"/>
                <w:szCs w:val="18"/>
              </w:rPr>
              <w:t>7</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579C080D" w14:textId="24ED0351" w:rsidR="007F76DA" w:rsidRPr="0011718A" w:rsidRDefault="0011718A">
            <w:pPr>
              <w:spacing w:after="0"/>
              <w:rPr>
                <w:rFonts w:eastAsia="Arial"/>
                <w:sz w:val="18"/>
                <w:szCs w:val="18"/>
              </w:rPr>
            </w:pPr>
            <w:r w:rsidRPr="0011718A">
              <w:rPr>
                <w:rFonts w:eastAsia="Arial"/>
                <w:sz w:val="18"/>
                <w:szCs w:val="18"/>
              </w:rPr>
              <w:t>The applicant confirms that no duplicate funding has been or will be received from any other funding source, including another SETA or government institution, for the same beneficiary and programme costs. This declaration does not exclude beneficiaries receiving other government grants or financial assistance, provided such funding does not constitute duplicate funding and is not prohibited by these Guidelines.</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7EDCD24"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8E39F91"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2F3DFBFF"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4F5904EB" w14:textId="77777777" w:rsidR="007F76DA" w:rsidRPr="00D23342" w:rsidRDefault="001316A5">
            <w:pPr>
              <w:spacing w:after="0"/>
              <w:jc w:val="center"/>
              <w:rPr>
                <w:sz w:val="18"/>
                <w:szCs w:val="18"/>
              </w:rPr>
            </w:pPr>
            <w:r w:rsidRPr="00D23342">
              <w:rPr>
                <w:rFonts w:eastAsia="Arial"/>
                <w:sz w:val="18"/>
                <w:szCs w:val="18"/>
              </w:rPr>
              <w:t>8</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51E994B" w14:textId="77777777" w:rsidR="007F76DA" w:rsidRPr="00D23342" w:rsidRDefault="003065F4">
            <w:pPr>
              <w:spacing w:after="0"/>
              <w:rPr>
                <w:sz w:val="18"/>
                <w:szCs w:val="18"/>
              </w:rPr>
            </w:pPr>
            <w:r w:rsidRPr="00D23342">
              <w:rPr>
                <w:rFonts w:eastAsia="Arial"/>
                <w:sz w:val="18"/>
                <w:szCs w:val="18"/>
              </w:rPr>
              <w:t>The applicant has disclosed any matter that may affect its eligibility, past-performance assessment or risk profile.</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1EB97A2"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624DCF8"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3E3580FC"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7F940AC" w14:textId="77777777" w:rsidR="007F76DA" w:rsidRPr="00D23342" w:rsidRDefault="001316A5">
            <w:pPr>
              <w:spacing w:after="0"/>
              <w:jc w:val="center"/>
              <w:rPr>
                <w:sz w:val="18"/>
                <w:szCs w:val="18"/>
              </w:rPr>
            </w:pPr>
            <w:r w:rsidRPr="00D23342">
              <w:rPr>
                <w:rFonts w:eastAsia="Arial"/>
                <w:sz w:val="18"/>
                <w:szCs w:val="18"/>
              </w:rPr>
              <w:t>9</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032FAED" w14:textId="77777777" w:rsidR="007F76DA" w:rsidRPr="00D23342" w:rsidRDefault="008B03A4">
            <w:pPr>
              <w:spacing w:after="0"/>
              <w:rPr>
                <w:sz w:val="18"/>
                <w:szCs w:val="18"/>
              </w:rPr>
            </w:pPr>
            <w:r w:rsidRPr="00D23342">
              <w:rPr>
                <w:rFonts w:eastAsia="Arial"/>
                <w:sz w:val="18"/>
                <w:szCs w:val="18"/>
              </w:rPr>
              <w:t>The applicant confirms that any funding awarded will be used only for eligible training-related programme costs and purposes stipulated in the MoA and within the applicable funding cap. Excluded costs, including prohibited permanent equipment/infrastructure and unrelated organisational costs, will not be claimed.</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ED11411"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5FB8BF8"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141CE4B4"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5A21FDC" w14:textId="77777777" w:rsidR="007F76DA" w:rsidRPr="00D23342" w:rsidRDefault="001316A5">
            <w:pPr>
              <w:spacing w:after="0"/>
              <w:jc w:val="center"/>
              <w:rPr>
                <w:sz w:val="18"/>
                <w:szCs w:val="18"/>
              </w:rPr>
            </w:pPr>
            <w:r w:rsidRPr="00D23342">
              <w:rPr>
                <w:rFonts w:eastAsia="Arial"/>
                <w:sz w:val="18"/>
                <w:szCs w:val="18"/>
              </w:rPr>
              <w:t>10</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57AD0C5E" w14:textId="77777777" w:rsidR="007F76DA" w:rsidRPr="00D23342" w:rsidRDefault="008B03A4">
            <w:pPr>
              <w:spacing w:after="0"/>
              <w:rPr>
                <w:sz w:val="18"/>
                <w:szCs w:val="18"/>
              </w:rPr>
            </w:pPr>
            <w:r w:rsidRPr="00D23342">
              <w:rPr>
                <w:rFonts w:eastAsia="Arial"/>
                <w:sz w:val="18"/>
                <w:szCs w:val="18"/>
              </w:rPr>
              <w:t>The applicant confirms that n</w:t>
            </w:r>
            <w:r w:rsidR="003065F4" w:rsidRPr="00D23342">
              <w:rPr>
                <w:rFonts w:eastAsia="Arial"/>
                <w:sz w:val="18"/>
                <w:szCs w:val="18"/>
              </w:rPr>
              <w:t>o material change to the approved programme, beneficiary numbers, Training Provider, implementation dates or approved budget will be implemented without prior written BANKSETA approval.</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4C05D00"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2BC7D3B"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3C13FFF4"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37E7D93" w14:textId="77777777" w:rsidR="007F76DA" w:rsidRPr="00D23342" w:rsidRDefault="001316A5">
            <w:pPr>
              <w:spacing w:after="0"/>
              <w:jc w:val="center"/>
              <w:rPr>
                <w:sz w:val="18"/>
                <w:szCs w:val="18"/>
              </w:rPr>
            </w:pPr>
            <w:r w:rsidRPr="00D23342">
              <w:rPr>
                <w:rFonts w:eastAsia="Arial"/>
                <w:sz w:val="18"/>
                <w:szCs w:val="18"/>
              </w:rPr>
              <w:t>11</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6A43304" w14:textId="77777777" w:rsidR="007F76DA" w:rsidRPr="00D23342" w:rsidRDefault="003065F4">
            <w:pPr>
              <w:spacing w:after="0"/>
              <w:rPr>
                <w:sz w:val="18"/>
                <w:szCs w:val="18"/>
              </w:rPr>
            </w:pPr>
            <w:r w:rsidRPr="00D23342">
              <w:rPr>
                <w:rFonts w:eastAsia="Arial"/>
                <w:sz w:val="18"/>
                <w:szCs w:val="18"/>
              </w:rPr>
              <w:t>The applicant will disclose savings, non-utilisation or underutilisation and will not redirect funds without BANKSETA approval.</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445E64A"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8A06372"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285345D5"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64F1113" w14:textId="77777777" w:rsidR="007F76DA" w:rsidRPr="00D23342" w:rsidRDefault="001316A5">
            <w:pPr>
              <w:spacing w:after="0"/>
              <w:jc w:val="center"/>
              <w:rPr>
                <w:sz w:val="18"/>
                <w:szCs w:val="18"/>
              </w:rPr>
            </w:pPr>
            <w:r w:rsidRPr="00D23342">
              <w:rPr>
                <w:rFonts w:eastAsia="Arial"/>
                <w:sz w:val="18"/>
                <w:szCs w:val="18"/>
              </w:rPr>
              <w:t>12</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24EF327" w14:textId="77777777" w:rsidR="007F76DA" w:rsidRPr="00D23342" w:rsidRDefault="003065F4">
            <w:pPr>
              <w:spacing w:after="0"/>
              <w:rPr>
                <w:sz w:val="18"/>
                <w:szCs w:val="18"/>
              </w:rPr>
            </w:pPr>
            <w:r w:rsidRPr="00D23342">
              <w:rPr>
                <w:rFonts w:eastAsia="Arial"/>
                <w:sz w:val="18"/>
                <w:szCs w:val="18"/>
              </w:rPr>
              <w:t>The applicant will obtain the required consent from beneficiaries for collection and processing of personal information in accordance with POPIA.</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9D2CC34"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6F0A0BE"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321A84D5"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DAAC7AF" w14:textId="77777777" w:rsidR="007F76DA" w:rsidRPr="00D23342" w:rsidRDefault="001316A5">
            <w:pPr>
              <w:spacing w:after="0"/>
              <w:jc w:val="center"/>
              <w:rPr>
                <w:sz w:val="18"/>
                <w:szCs w:val="18"/>
              </w:rPr>
            </w:pPr>
            <w:r w:rsidRPr="00D23342">
              <w:rPr>
                <w:rFonts w:eastAsia="Arial"/>
                <w:sz w:val="18"/>
                <w:szCs w:val="18"/>
              </w:rPr>
              <w:t>13</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BBB4D1B" w14:textId="77777777" w:rsidR="007F76DA" w:rsidRPr="00D23342" w:rsidRDefault="003065F4">
            <w:pPr>
              <w:spacing w:after="0"/>
              <w:rPr>
                <w:sz w:val="18"/>
                <w:szCs w:val="18"/>
              </w:rPr>
            </w:pPr>
            <w:r w:rsidRPr="00D23342">
              <w:rPr>
                <w:rFonts w:eastAsia="Arial"/>
                <w:sz w:val="18"/>
                <w:szCs w:val="18"/>
              </w:rPr>
              <w:t>The applicant agrees to provide information required for due diligence, verification, monitoring, audit, evaluation, impact assessment and statutory reporting.</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B89D80E"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232635C" w14:textId="77777777" w:rsidR="007F76DA" w:rsidRPr="00D23342" w:rsidRDefault="003065F4">
            <w:pPr>
              <w:spacing w:after="0"/>
              <w:jc w:val="center"/>
              <w:rPr>
                <w:sz w:val="20"/>
                <w:szCs w:val="20"/>
              </w:rPr>
            </w:pPr>
            <w:r w:rsidRPr="00D23342">
              <w:rPr>
                <w:rFonts w:eastAsia="Arial"/>
                <w:sz w:val="20"/>
                <w:szCs w:val="20"/>
              </w:rPr>
              <w:t>☐</w:t>
            </w:r>
          </w:p>
        </w:tc>
      </w:tr>
      <w:tr w:rsidR="00617C96" w:rsidRPr="00D23342" w14:paraId="439139CA" w14:textId="77777777" w:rsidTr="00092DC5">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E66B300" w14:textId="77777777" w:rsidR="00617C96" w:rsidRPr="00D23342" w:rsidRDefault="00617C96" w:rsidP="00092DC5">
            <w:pPr>
              <w:spacing w:after="0"/>
              <w:jc w:val="center"/>
              <w:rPr>
                <w:sz w:val="18"/>
                <w:szCs w:val="18"/>
              </w:rPr>
            </w:pPr>
            <w:r w:rsidRPr="00D23342">
              <w:rPr>
                <w:rFonts w:eastAsia="Arial"/>
                <w:sz w:val="18"/>
                <w:szCs w:val="18"/>
              </w:rPr>
              <w:t>14</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4EDD5C1" w14:textId="77777777" w:rsidR="00617C96" w:rsidRPr="00D23342" w:rsidRDefault="00BF51F9" w:rsidP="00092DC5">
            <w:pPr>
              <w:spacing w:after="0"/>
              <w:rPr>
                <w:sz w:val="18"/>
                <w:szCs w:val="18"/>
              </w:rPr>
            </w:pPr>
            <w:r w:rsidRPr="00D23342">
              <w:rPr>
                <w:rFonts w:eastAsia="Arial"/>
                <w:sz w:val="18"/>
                <w:szCs w:val="18"/>
              </w:rPr>
              <w:t xml:space="preserve">The applicant understands that inaccurate, fraudulent, duplicated or unsupported information or claims may result in the application being declined, funding being reduced/withdrawn, payments withheld, the agreement terminated and/or funds </w:t>
            </w:r>
            <w:r w:rsidR="00515B47" w:rsidRPr="00D23342">
              <w:rPr>
                <w:rFonts w:eastAsia="Arial"/>
                <w:sz w:val="18"/>
                <w:szCs w:val="18"/>
              </w:rPr>
              <w:t xml:space="preserve">already paid </w:t>
            </w:r>
            <w:r w:rsidRPr="00D23342">
              <w:rPr>
                <w:rFonts w:eastAsia="Arial"/>
                <w:sz w:val="18"/>
                <w:szCs w:val="18"/>
              </w:rPr>
              <w:t>recovered.</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32DFCEB" w14:textId="77777777" w:rsidR="00617C96" w:rsidRPr="00D23342" w:rsidRDefault="00617C96" w:rsidP="00092DC5">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064C98DE" w14:textId="77777777" w:rsidR="00617C96" w:rsidRPr="00D23342" w:rsidRDefault="00617C96" w:rsidP="00092DC5">
            <w:pPr>
              <w:spacing w:after="0"/>
              <w:jc w:val="center"/>
              <w:rPr>
                <w:sz w:val="20"/>
                <w:szCs w:val="20"/>
              </w:rPr>
            </w:pPr>
            <w:r w:rsidRPr="00D23342">
              <w:rPr>
                <w:rFonts w:eastAsia="Arial"/>
                <w:sz w:val="20"/>
                <w:szCs w:val="20"/>
              </w:rPr>
              <w:t>☐</w:t>
            </w:r>
          </w:p>
        </w:tc>
      </w:tr>
      <w:tr w:rsidR="00684C0E" w:rsidRPr="00D23342" w14:paraId="5B64B98F" w14:textId="77777777" w:rsidTr="00092DC5">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562DC9D" w14:textId="77777777" w:rsidR="00684C0E" w:rsidRPr="00D23342" w:rsidRDefault="00684C0E" w:rsidP="00092DC5">
            <w:pPr>
              <w:spacing w:after="0"/>
              <w:jc w:val="center"/>
              <w:rPr>
                <w:sz w:val="18"/>
                <w:szCs w:val="18"/>
              </w:rPr>
            </w:pPr>
            <w:r w:rsidRPr="00D23342">
              <w:rPr>
                <w:rFonts w:eastAsia="Arial"/>
              </w:rPr>
              <w:t>15</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2CB651E5" w14:textId="77777777" w:rsidR="005715CB" w:rsidRPr="00D23342" w:rsidRDefault="008B03A4" w:rsidP="005715CB">
            <w:pPr>
              <w:spacing w:after="0"/>
              <w:rPr>
                <w:sz w:val="18"/>
                <w:szCs w:val="18"/>
              </w:rPr>
            </w:pPr>
            <w:r w:rsidRPr="00D23342">
              <w:rPr>
                <w:rFonts w:eastAsia="Arial"/>
                <w:sz w:val="18"/>
                <w:szCs w:val="18"/>
              </w:rPr>
              <w:t>The applicant confirms that a</w:t>
            </w:r>
            <w:r w:rsidR="005715CB" w:rsidRPr="00D23342">
              <w:rPr>
                <w:rFonts w:eastAsia="Arial"/>
                <w:sz w:val="18"/>
                <w:szCs w:val="18"/>
              </w:rPr>
              <w:t>ny actual, potential or perceived conflict of interest or related-party relationship relevant to this application has been disclosed to BANKSETA.</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9709661" w14:textId="77777777" w:rsidR="00684C0E" w:rsidRPr="00D23342" w:rsidRDefault="00684C0E" w:rsidP="00092DC5">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F45FF6D" w14:textId="77777777" w:rsidR="00684C0E" w:rsidRPr="00D23342" w:rsidRDefault="00684C0E" w:rsidP="00092DC5">
            <w:pPr>
              <w:spacing w:after="0"/>
              <w:jc w:val="center"/>
              <w:rPr>
                <w:sz w:val="20"/>
                <w:szCs w:val="20"/>
              </w:rPr>
            </w:pPr>
            <w:r w:rsidRPr="00D23342">
              <w:rPr>
                <w:rFonts w:eastAsia="Arial"/>
                <w:sz w:val="20"/>
                <w:szCs w:val="20"/>
              </w:rPr>
              <w:t>☐</w:t>
            </w:r>
          </w:p>
        </w:tc>
      </w:tr>
      <w:tr w:rsidR="007F76DA" w:rsidRPr="00D23342" w14:paraId="17BE41C2"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422F8F4C" w14:textId="77777777" w:rsidR="00197B26" w:rsidRPr="00D23342" w:rsidRDefault="00000000">
            <w:r w:rsidRPr="00D23342">
              <w:rPr>
                <w:rFonts w:eastAsia="Arial"/>
              </w:rPr>
              <w:t>16</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599231D" w14:textId="77777777" w:rsidR="007F76DA" w:rsidRPr="00D23342" w:rsidRDefault="003065F4">
            <w:pPr>
              <w:spacing w:after="0"/>
              <w:rPr>
                <w:sz w:val="18"/>
                <w:szCs w:val="18"/>
              </w:rPr>
            </w:pPr>
            <w:r w:rsidRPr="00D23342">
              <w:rPr>
                <w:rFonts w:eastAsia="Arial"/>
                <w:sz w:val="18"/>
                <w:szCs w:val="18"/>
              </w:rPr>
              <w:t>I am duly authorised to submit this application on behalf of the applicant organisation.</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4EE4D478"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3BB7DDA1" w14:textId="77777777" w:rsidR="007F76DA" w:rsidRPr="00D23342" w:rsidRDefault="003065F4">
            <w:pPr>
              <w:spacing w:after="0"/>
              <w:jc w:val="center"/>
              <w:rPr>
                <w:sz w:val="20"/>
                <w:szCs w:val="20"/>
              </w:rPr>
            </w:pPr>
            <w:r w:rsidRPr="00D23342">
              <w:rPr>
                <w:rFonts w:eastAsia="Arial"/>
                <w:sz w:val="20"/>
                <w:szCs w:val="20"/>
              </w:rPr>
              <w:t>☐</w:t>
            </w:r>
          </w:p>
        </w:tc>
      </w:tr>
      <w:tr w:rsidR="007F76DA" w:rsidRPr="00D23342" w14:paraId="38A67CBC" w14:textId="77777777" w:rsidTr="00BD0B5A">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8ED61E6" w14:textId="77777777" w:rsidR="00197B26" w:rsidRPr="00D23342" w:rsidRDefault="00000000">
            <w:r w:rsidRPr="00D23342">
              <w:rPr>
                <w:rFonts w:eastAsia="Arial"/>
              </w:rPr>
              <w:lastRenderedPageBreak/>
              <w:t>17</w:t>
            </w: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45D1BE1F" w14:textId="77777777" w:rsidR="007F76DA" w:rsidRPr="00D23342" w:rsidRDefault="003065F4">
            <w:pPr>
              <w:spacing w:after="0"/>
              <w:rPr>
                <w:sz w:val="18"/>
                <w:szCs w:val="18"/>
              </w:rPr>
            </w:pPr>
            <w:r w:rsidRPr="00D23342">
              <w:rPr>
                <w:rFonts w:eastAsia="Arial"/>
                <w:sz w:val="18"/>
                <w:szCs w:val="18"/>
              </w:rPr>
              <w:t>The applicant understands that the actual costing / Training Provider quote required by BANKSETA must be submitted with performance information as proof for payment, and that the approved amount and applicable per-beneficiary cap may not be exceeded.</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1A7797FC" w14:textId="77777777" w:rsidR="007F76DA" w:rsidRPr="00D23342" w:rsidRDefault="003065F4">
            <w:pPr>
              <w:spacing w:after="0"/>
              <w:jc w:val="center"/>
              <w:rPr>
                <w:sz w:val="20"/>
                <w:szCs w:val="20"/>
              </w:rPr>
            </w:pPr>
            <w:r w:rsidRPr="00D23342">
              <w:rPr>
                <w:rFonts w:eastAsia="Arial"/>
                <w:sz w:val="20"/>
                <w:szCs w:val="20"/>
              </w:rPr>
              <w:t>☐</w:t>
            </w: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90E6786" w14:textId="77777777" w:rsidR="007F76DA" w:rsidRPr="00D23342" w:rsidRDefault="003065F4">
            <w:pPr>
              <w:spacing w:after="0"/>
              <w:jc w:val="center"/>
              <w:rPr>
                <w:sz w:val="20"/>
                <w:szCs w:val="20"/>
              </w:rPr>
            </w:pPr>
            <w:r w:rsidRPr="00D23342">
              <w:rPr>
                <w:rFonts w:eastAsia="Arial"/>
                <w:sz w:val="20"/>
                <w:szCs w:val="20"/>
              </w:rPr>
              <w:t>☐</w:t>
            </w:r>
          </w:p>
        </w:tc>
      </w:tr>
      <w:tr w:rsidR="00684C0E" w:rsidRPr="00D23342" w14:paraId="08E30E67" w14:textId="77777777" w:rsidTr="00092DC5">
        <w:tc>
          <w:tcPr>
            <w:tcW w:w="547"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60C1847" w14:textId="77777777" w:rsidR="00684C0E" w:rsidRPr="00D23342" w:rsidRDefault="00684C0E" w:rsidP="00092DC5">
            <w:pPr>
              <w:spacing w:after="0"/>
              <w:jc w:val="center"/>
              <w:rPr>
                <w:sz w:val="18"/>
                <w:szCs w:val="18"/>
              </w:rPr>
            </w:pPr>
          </w:p>
        </w:tc>
        <w:tc>
          <w:tcPr>
            <w:tcW w:w="904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790C4FC7" w14:textId="77777777" w:rsidR="005715CB" w:rsidRPr="00D23342" w:rsidRDefault="005715CB" w:rsidP="005715CB">
            <w:pPr>
              <w:spacing w:after="0"/>
              <w:rPr>
                <w:sz w:val="18"/>
                <w:szCs w:val="18"/>
              </w:rPr>
            </w:pPr>
            <w:r w:rsidRPr="00D23342">
              <w:rPr>
                <w:rFonts w:eastAsia="Arial"/>
                <w:sz w:val="18"/>
                <w:szCs w:val="18"/>
              </w:rPr>
              <w:t>Provide details for any “No” response or other compliance matters that BANKSETA should consider:</w:t>
            </w:r>
          </w:p>
        </w:tc>
        <w:tc>
          <w:tcPr>
            <w:tcW w:w="602"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85D8C63" w14:textId="77777777" w:rsidR="00684C0E" w:rsidRPr="00D23342" w:rsidRDefault="00684C0E" w:rsidP="00092DC5">
            <w:pPr>
              <w:spacing w:after="0"/>
              <w:jc w:val="center"/>
              <w:rPr>
                <w:sz w:val="20"/>
                <w:szCs w:val="20"/>
              </w:rPr>
            </w:pPr>
          </w:p>
        </w:tc>
        <w:tc>
          <w:tcPr>
            <w:tcW w:w="630" w:type="dxa"/>
            <w:tcBorders>
              <w:top w:val="single" w:sz="4" w:space="0" w:color="BBB2A6"/>
              <w:left w:val="single" w:sz="4" w:space="0" w:color="BBB2A6"/>
              <w:bottom w:val="single" w:sz="4" w:space="0" w:color="BBB2A6"/>
              <w:right w:val="single" w:sz="4" w:space="0" w:color="BBB2A6"/>
            </w:tcBorders>
            <w:tcMar>
              <w:top w:w="0" w:type="dxa"/>
              <w:left w:w="108" w:type="dxa"/>
              <w:bottom w:w="0" w:type="dxa"/>
              <w:right w:w="108" w:type="dxa"/>
            </w:tcMar>
            <w:vAlign w:val="center"/>
          </w:tcPr>
          <w:p w14:paraId="67DF9EFC" w14:textId="77777777" w:rsidR="00684C0E" w:rsidRPr="00D23342" w:rsidRDefault="00684C0E" w:rsidP="00092DC5">
            <w:pPr>
              <w:spacing w:after="0"/>
              <w:jc w:val="center"/>
              <w:rPr>
                <w:sz w:val="20"/>
                <w:szCs w:val="20"/>
              </w:rPr>
            </w:pPr>
          </w:p>
        </w:tc>
      </w:tr>
    </w:tbl>
    <w:p w14:paraId="09AC4BA1" w14:textId="77777777" w:rsidR="007F76DA" w:rsidRPr="00D23342" w:rsidRDefault="007F76DA">
      <w:pPr>
        <w:spacing w:after="60"/>
      </w:pPr>
    </w:p>
    <w:p w14:paraId="31DE1A88" w14:textId="77777777" w:rsidR="005168F5" w:rsidRPr="00D23342" w:rsidRDefault="005168F5" w:rsidP="005168F5">
      <w:pPr>
        <w:spacing w:after="60"/>
        <w:ind w:left="-284"/>
        <w:rPr>
          <w:sz w:val="20"/>
          <w:szCs w:val="20"/>
        </w:rPr>
      </w:pPr>
      <w:r w:rsidRPr="00D23342">
        <w:rPr>
          <w:rFonts w:eastAsia="Arial"/>
          <w:b/>
          <w:color w:val="AD0049"/>
          <w:sz w:val="20"/>
          <w:szCs w:val="20"/>
        </w:rPr>
        <w:t>Provide details for any response or other compliance matters that BANKSETA should consider:</w:t>
      </w:r>
    </w:p>
    <w:tbl>
      <w:tblPr>
        <w:tblW w:w="10779" w:type="dxa"/>
        <w:tblInd w:w="-271" w:type="dxa"/>
        <w:tblLayout w:type="fixed"/>
        <w:tblCellMar>
          <w:top w:w="70" w:type="dxa"/>
          <w:left w:w="90" w:type="dxa"/>
          <w:bottom w:w="70" w:type="dxa"/>
          <w:right w:w="90" w:type="dxa"/>
        </w:tblCellMar>
        <w:tblLook w:val="04A0" w:firstRow="1" w:lastRow="0" w:firstColumn="1" w:lastColumn="0" w:noHBand="0" w:noVBand="1"/>
      </w:tblPr>
      <w:tblGrid>
        <w:gridCol w:w="10779"/>
      </w:tblGrid>
      <w:tr w:rsidR="007F76DA" w:rsidRPr="00D23342" w14:paraId="6C4292C3" w14:textId="77777777" w:rsidTr="00AF28D5">
        <w:trPr>
          <w:cantSplit/>
          <w:trHeight w:val="889"/>
        </w:trPr>
        <w:tc>
          <w:tcPr>
            <w:tcW w:w="10779" w:type="dxa"/>
            <w:tcBorders>
              <w:top w:val="single" w:sz="4" w:space="0" w:color="BBB2A6"/>
              <w:left w:val="single" w:sz="4" w:space="0" w:color="BBB2A6"/>
              <w:bottom w:val="single" w:sz="4" w:space="0" w:color="BBB2A6"/>
              <w:right w:val="single" w:sz="4" w:space="0" w:color="BBB2A6"/>
            </w:tcBorders>
            <w:vAlign w:val="center"/>
          </w:tcPr>
          <w:p w14:paraId="30ACB257" w14:textId="77777777" w:rsidR="007F76DA" w:rsidRPr="00D23342" w:rsidRDefault="007F76DA">
            <w:pPr>
              <w:spacing w:after="0"/>
            </w:pPr>
          </w:p>
        </w:tc>
      </w:tr>
    </w:tbl>
    <w:p w14:paraId="510536E7" w14:textId="77777777" w:rsidR="00515B47" w:rsidRPr="00D23342" w:rsidRDefault="00515B47">
      <w:pPr>
        <w:spacing w:after="0"/>
      </w:pPr>
    </w:p>
    <w:tbl>
      <w:tblPr>
        <w:tblW w:w="10793" w:type="dxa"/>
        <w:tblInd w:w="-280" w:type="dxa"/>
        <w:tblLayout w:type="fixed"/>
        <w:tblCellMar>
          <w:top w:w="70" w:type="dxa"/>
          <w:left w:w="90" w:type="dxa"/>
          <w:bottom w:w="70" w:type="dxa"/>
          <w:right w:w="90" w:type="dxa"/>
        </w:tblCellMar>
        <w:tblLook w:val="04A0" w:firstRow="1" w:lastRow="0" w:firstColumn="1" w:lastColumn="0" w:noHBand="0" w:noVBand="1"/>
      </w:tblPr>
      <w:tblGrid>
        <w:gridCol w:w="835"/>
        <w:gridCol w:w="9958"/>
      </w:tblGrid>
      <w:tr w:rsidR="007F76DA" w:rsidRPr="00D23342" w14:paraId="23FD7E1B" w14:textId="77777777" w:rsidTr="00F2480B">
        <w:trPr>
          <w:cantSplit/>
        </w:trPr>
        <w:tc>
          <w:tcPr>
            <w:tcW w:w="835" w:type="dxa"/>
            <w:shd w:val="clear" w:color="auto" w:fill="AD0049"/>
            <w:vAlign w:val="center"/>
          </w:tcPr>
          <w:p w14:paraId="491E2D18" w14:textId="06F81BC8" w:rsidR="007F76DA" w:rsidRPr="00D23342" w:rsidRDefault="00A14770" w:rsidP="00F643F3">
            <w:pPr>
              <w:jc w:val="center"/>
            </w:pPr>
            <w:r>
              <w:rPr>
                <w:rFonts w:eastAsia="Arial"/>
                <w:b/>
                <w:color w:val="FFFFFF"/>
                <w:sz w:val="20"/>
              </w:rPr>
              <w:t>7</w:t>
            </w:r>
          </w:p>
        </w:tc>
        <w:tc>
          <w:tcPr>
            <w:tcW w:w="9958" w:type="dxa"/>
            <w:shd w:val="clear" w:color="auto" w:fill="D9B262"/>
            <w:tcMar>
              <w:top w:w="0" w:type="dxa"/>
              <w:left w:w="108" w:type="dxa"/>
              <w:bottom w:w="0" w:type="dxa"/>
              <w:right w:w="108" w:type="dxa"/>
            </w:tcMar>
            <w:vAlign w:val="center"/>
          </w:tcPr>
          <w:p w14:paraId="25B4CBDC" w14:textId="77777777" w:rsidR="007F76DA" w:rsidRPr="00D23342" w:rsidRDefault="003065F4">
            <w:pPr>
              <w:spacing w:after="0"/>
              <w:rPr>
                <w:b/>
                <w:color w:val="AD0049"/>
                <w:sz w:val="20"/>
              </w:rPr>
            </w:pPr>
            <w:r w:rsidRPr="00D23342">
              <w:rPr>
                <w:rFonts w:eastAsia="Arial"/>
                <w:b/>
                <w:color w:val="AD0049"/>
                <w:sz w:val="20"/>
              </w:rPr>
              <w:t>Authorised Representative Sign-off</w:t>
            </w:r>
            <w:r w:rsidRPr="00D23342">
              <w:rPr>
                <w:rFonts w:eastAsia="Arial"/>
                <w:b/>
                <w:color w:val="AD0049"/>
                <w:sz w:val="20"/>
              </w:rPr>
              <w:br/>
            </w:r>
            <w:r w:rsidRPr="00D23342">
              <w:rPr>
                <w:rFonts w:eastAsia="Arial"/>
                <w:i/>
                <w:color w:val="666666"/>
                <w:sz w:val="15"/>
              </w:rPr>
              <w:t>By signing below, the authorised representative confirms the compliance declarations and information provided in this application.</w:t>
            </w:r>
          </w:p>
        </w:tc>
      </w:tr>
    </w:tbl>
    <w:p w14:paraId="4EDB9AB7" w14:textId="77777777" w:rsidR="007F76DA" w:rsidRPr="00D23342" w:rsidRDefault="007F76DA">
      <w:pPr>
        <w:spacing w:after="60"/>
      </w:pPr>
    </w:p>
    <w:p w14:paraId="59CB2E34" w14:textId="77777777" w:rsidR="007F76DA" w:rsidRPr="00D23342" w:rsidRDefault="003065F4" w:rsidP="00F2480B">
      <w:pPr>
        <w:spacing w:after="60"/>
        <w:ind w:left="-280"/>
        <w:rPr>
          <w:sz w:val="20"/>
          <w:szCs w:val="20"/>
        </w:rPr>
      </w:pPr>
      <w:r w:rsidRPr="00D23342">
        <w:rPr>
          <w:rFonts w:eastAsia="Arial"/>
          <w:sz w:val="20"/>
          <w:szCs w:val="20"/>
        </w:rPr>
        <w:t>By signing below, the authorised representative confirms the compliance declarations and information provided in this application.</w:t>
      </w:r>
    </w:p>
    <w:tbl>
      <w:tblPr>
        <w:tblW w:w="10779" w:type="dxa"/>
        <w:tblInd w:w="-271" w:type="dxa"/>
        <w:tblLayout w:type="fixed"/>
        <w:tblCellMar>
          <w:top w:w="70" w:type="dxa"/>
          <w:left w:w="90" w:type="dxa"/>
          <w:bottom w:w="70" w:type="dxa"/>
          <w:right w:w="90" w:type="dxa"/>
        </w:tblCellMar>
        <w:tblLook w:val="04A0" w:firstRow="1" w:lastRow="0" w:firstColumn="1" w:lastColumn="0" w:noHBand="0" w:noVBand="1"/>
      </w:tblPr>
      <w:tblGrid>
        <w:gridCol w:w="2381"/>
        <w:gridCol w:w="2988"/>
        <w:gridCol w:w="2410"/>
        <w:gridCol w:w="3000"/>
      </w:tblGrid>
      <w:tr w:rsidR="007F76DA" w:rsidRPr="00D23342" w14:paraId="27AA088D" w14:textId="77777777" w:rsidTr="004036EE">
        <w:trPr>
          <w:cantSplit/>
        </w:trPr>
        <w:tc>
          <w:tcPr>
            <w:tcW w:w="2381"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62B864EB" w14:textId="77777777" w:rsidR="007F76DA" w:rsidRPr="00D23342" w:rsidRDefault="003065F4">
            <w:pPr>
              <w:spacing w:after="0"/>
              <w:rPr>
                <w:sz w:val="18"/>
                <w:szCs w:val="18"/>
              </w:rPr>
            </w:pPr>
            <w:r w:rsidRPr="00D23342">
              <w:rPr>
                <w:rFonts w:eastAsia="Arial"/>
                <w:b/>
                <w:color w:val="AD0049"/>
                <w:sz w:val="18"/>
                <w:szCs w:val="18"/>
              </w:rPr>
              <w:t>Name of authorised representative</w:t>
            </w:r>
          </w:p>
        </w:tc>
        <w:tc>
          <w:tcPr>
            <w:tcW w:w="298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57047804" w14:textId="77777777" w:rsidR="007F76DA" w:rsidRPr="00D23342" w:rsidRDefault="007F76DA">
            <w:pPr>
              <w:spacing w:after="0"/>
              <w:rPr>
                <w:sz w:val="18"/>
                <w:szCs w:val="18"/>
              </w:rPr>
            </w:pPr>
          </w:p>
        </w:tc>
        <w:tc>
          <w:tcPr>
            <w:tcW w:w="2410"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617D19D4" w14:textId="77777777" w:rsidR="007F76DA" w:rsidRPr="00D23342" w:rsidRDefault="003065F4">
            <w:pPr>
              <w:spacing w:after="0"/>
              <w:rPr>
                <w:sz w:val="18"/>
                <w:szCs w:val="18"/>
              </w:rPr>
            </w:pPr>
            <w:r w:rsidRPr="00D23342">
              <w:rPr>
                <w:rFonts w:eastAsia="Arial"/>
                <w:b/>
                <w:color w:val="AD0049"/>
                <w:sz w:val="18"/>
                <w:szCs w:val="18"/>
              </w:rPr>
              <w:t>Designation</w:t>
            </w:r>
          </w:p>
        </w:tc>
        <w:tc>
          <w:tcPr>
            <w:tcW w:w="3000"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1754B4D5" w14:textId="77777777" w:rsidR="007F76DA" w:rsidRPr="00D23342" w:rsidRDefault="007F76DA">
            <w:pPr>
              <w:spacing w:after="0"/>
              <w:rPr>
                <w:sz w:val="18"/>
                <w:szCs w:val="18"/>
              </w:rPr>
            </w:pPr>
          </w:p>
        </w:tc>
      </w:tr>
      <w:tr w:rsidR="007F76DA" w:rsidRPr="00D23342" w14:paraId="7A0F4AA3" w14:textId="77777777" w:rsidTr="004036EE">
        <w:trPr>
          <w:cantSplit/>
        </w:trPr>
        <w:tc>
          <w:tcPr>
            <w:tcW w:w="2381"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4116D367" w14:textId="77777777" w:rsidR="007F76DA" w:rsidRPr="00D23342" w:rsidRDefault="003065F4">
            <w:pPr>
              <w:spacing w:after="0"/>
              <w:rPr>
                <w:sz w:val="18"/>
                <w:szCs w:val="18"/>
              </w:rPr>
            </w:pPr>
            <w:r w:rsidRPr="00D23342">
              <w:rPr>
                <w:rFonts w:eastAsia="Arial"/>
                <w:b/>
                <w:color w:val="AD0049"/>
                <w:sz w:val="18"/>
                <w:szCs w:val="18"/>
              </w:rPr>
              <w:t>Signature</w:t>
            </w:r>
          </w:p>
        </w:tc>
        <w:tc>
          <w:tcPr>
            <w:tcW w:w="298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23B8E984" w14:textId="77777777" w:rsidR="007F76DA" w:rsidRPr="00D23342" w:rsidRDefault="007F76DA">
            <w:pPr>
              <w:spacing w:after="0"/>
              <w:rPr>
                <w:sz w:val="18"/>
                <w:szCs w:val="18"/>
              </w:rPr>
            </w:pPr>
          </w:p>
        </w:tc>
        <w:tc>
          <w:tcPr>
            <w:tcW w:w="2410"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07E3314B" w14:textId="77777777" w:rsidR="007F76DA" w:rsidRPr="00D23342" w:rsidRDefault="003065F4">
            <w:pPr>
              <w:spacing w:after="0"/>
              <w:rPr>
                <w:sz w:val="18"/>
                <w:szCs w:val="18"/>
              </w:rPr>
            </w:pPr>
            <w:r w:rsidRPr="00D23342">
              <w:rPr>
                <w:rFonts w:eastAsia="Arial"/>
                <w:b/>
                <w:color w:val="AD0049"/>
                <w:sz w:val="18"/>
                <w:szCs w:val="18"/>
              </w:rPr>
              <w:t>Date</w:t>
            </w:r>
          </w:p>
        </w:tc>
        <w:tc>
          <w:tcPr>
            <w:tcW w:w="3000"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31E6B089" w14:textId="77777777" w:rsidR="007F76DA" w:rsidRPr="00D23342" w:rsidRDefault="007F76DA">
            <w:pPr>
              <w:spacing w:after="0"/>
              <w:rPr>
                <w:sz w:val="18"/>
                <w:szCs w:val="18"/>
              </w:rPr>
            </w:pPr>
          </w:p>
        </w:tc>
      </w:tr>
      <w:tr w:rsidR="007F76DA" w:rsidRPr="00D23342" w14:paraId="67A71454" w14:textId="77777777" w:rsidTr="004036EE">
        <w:trPr>
          <w:cantSplit/>
        </w:trPr>
        <w:tc>
          <w:tcPr>
            <w:tcW w:w="2381"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37AF4B5F" w14:textId="77777777" w:rsidR="007F76DA" w:rsidRPr="00D23342" w:rsidRDefault="003065F4">
            <w:pPr>
              <w:spacing w:after="0"/>
              <w:rPr>
                <w:sz w:val="18"/>
                <w:szCs w:val="18"/>
              </w:rPr>
            </w:pPr>
            <w:r w:rsidRPr="00D23342">
              <w:rPr>
                <w:rFonts w:eastAsia="Arial"/>
                <w:b/>
                <w:color w:val="AD0049"/>
                <w:sz w:val="18"/>
                <w:szCs w:val="18"/>
              </w:rPr>
              <w:t>Organisation name</w:t>
            </w:r>
          </w:p>
        </w:tc>
        <w:tc>
          <w:tcPr>
            <w:tcW w:w="298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5AEB549A" w14:textId="77777777" w:rsidR="007F76DA" w:rsidRPr="00D23342" w:rsidRDefault="007F76DA">
            <w:pPr>
              <w:spacing w:after="0"/>
              <w:rPr>
                <w:sz w:val="18"/>
                <w:szCs w:val="18"/>
              </w:rPr>
            </w:pPr>
          </w:p>
        </w:tc>
        <w:tc>
          <w:tcPr>
            <w:tcW w:w="2410"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111970AA" w14:textId="7F22D1E4" w:rsidR="007F76DA" w:rsidRPr="00D23342" w:rsidRDefault="007545E3">
            <w:pPr>
              <w:spacing w:after="0"/>
              <w:rPr>
                <w:sz w:val="18"/>
                <w:szCs w:val="18"/>
              </w:rPr>
            </w:pPr>
            <w:r>
              <w:rPr>
                <w:rFonts w:eastAsia="Arial"/>
                <w:b/>
                <w:color w:val="AD0049"/>
                <w:sz w:val="18"/>
                <w:szCs w:val="18"/>
              </w:rPr>
              <w:t>Contact No</w:t>
            </w:r>
          </w:p>
        </w:tc>
        <w:tc>
          <w:tcPr>
            <w:tcW w:w="3000"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1803DFA2" w14:textId="77777777" w:rsidR="007F76DA" w:rsidRPr="00D23342" w:rsidRDefault="007F76DA">
            <w:pPr>
              <w:spacing w:after="0"/>
              <w:rPr>
                <w:sz w:val="18"/>
                <w:szCs w:val="18"/>
              </w:rPr>
            </w:pPr>
          </w:p>
        </w:tc>
      </w:tr>
      <w:tr w:rsidR="007F76DA" w:rsidRPr="00D23342" w14:paraId="4AB8680D" w14:textId="77777777" w:rsidTr="004036EE">
        <w:trPr>
          <w:cantSplit/>
        </w:trPr>
        <w:tc>
          <w:tcPr>
            <w:tcW w:w="2381"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0FC3C97D" w14:textId="77777777" w:rsidR="007F76DA" w:rsidRPr="00D23342" w:rsidRDefault="003065F4">
            <w:pPr>
              <w:spacing w:after="0"/>
              <w:rPr>
                <w:sz w:val="18"/>
                <w:szCs w:val="18"/>
              </w:rPr>
            </w:pPr>
            <w:r w:rsidRPr="00D23342">
              <w:rPr>
                <w:rFonts w:eastAsia="Arial"/>
                <w:b/>
                <w:color w:val="AD0049"/>
                <w:sz w:val="18"/>
                <w:szCs w:val="18"/>
              </w:rPr>
              <w:t>Email</w:t>
            </w:r>
          </w:p>
        </w:tc>
        <w:tc>
          <w:tcPr>
            <w:tcW w:w="2988"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65157442" w14:textId="77777777" w:rsidR="007F76DA" w:rsidRPr="00D23342" w:rsidRDefault="007F76DA">
            <w:pPr>
              <w:spacing w:after="0"/>
              <w:rPr>
                <w:sz w:val="18"/>
                <w:szCs w:val="18"/>
              </w:rPr>
            </w:pPr>
          </w:p>
        </w:tc>
        <w:tc>
          <w:tcPr>
            <w:tcW w:w="2410" w:type="dxa"/>
            <w:tcBorders>
              <w:top w:val="single" w:sz="4" w:space="0" w:color="BBB2A6"/>
              <w:left w:val="single" w:sz="4" w:space="0" w:color="BBB2A6"/>
              <w:bottom w:val="single" w:sz="4" w:space="0" w:color="BBB2A6"/>
              <w:right w:val="single" w:sz="4" w:space="0" w:color="BBB2A6"/>
            </w:tcBorders>
            <w:shd w:val="clear" w:color="auto" w:fill="F3F1ED"/>
            <w:vAlign w:val="center"/>
          </w:tcPr>
          <w:p w14:paraId="0319FC7E" w14:textId="77777777" w:rsidR="007F76DA" w:rsidRPr="00D23342" w:rsidRDefault="007F76DA">
            <w:pPr>
              <w:spacing w:after="0"/>
              <w:rPr>
                <w:sz w:val="18"/>
                <w:szCs w:val="18"/>
              </w:rPr>
            </w:pPr>
          </w:p>
        </w:tc>
        <w:tc>
          <w:tcPr>
            <w:tcW w:w="3000" w:type="dxa"/>
            <w:tcBorders>
              <w:top w:val="single" w:sz="4" w:space="0" w:color="BBB2A6"/>
              <w:left w:val="single" w:sz="4" w:space="0" w:color="BBB2A6"/>
              <w:bottom w:val="single" w:sz="4" w:space="0" w:color="BBB2A6"/>
              <w:right w:val="single" w:sz="4" w:space="0" w:color="BBB2A6"/>
            </w:tcBorders>
            <w:shd w:val="clear" w:color="auto" w:fill="FFFFFF"/>
            <w:vAlign w:val="center"/>
          </w:tcPr>
          <w:p w14:paraId="16F8328F" w14:textId="77777777" w:rsidR="007F76DA" w:rsidRPr="00D23342" w:rsidRDefault="007F76DA">
            <w:pPr>
              <w:spacing w:after="0"/>
              <w:rPr>
                <w:sz w:val="18"/>
                <w:szCs w:val="18"/>
              </w:rPr>
            </w:pPr>
          </w:p>
        </w:tc>
      </w:tr>
    </w:tbl>
    <w:p w14:paraId="1F7C8BDF" w14:textId="77777777" w:rsidR="00181B40" w:rsidRPr="00D23342" w:rsidRDefault="00181B40"/>
    <w:sectPr w:rsidR="00181B40" w:rsidRPr="00D23342">
      <w:headerReference w:type="even" r:id="rId22"/>
      <w:headerReference w:type="default" r:id="rId23"/>
      <w:footerReference w:type="even" r:id="rId24"/>
      <w:footerReference w:type="default" r:id="rId25"/>
      <w:headerReference w:type="first" r:id="rId26"/>
      <w:footerReference w:type="first" r:id="rId27"/>
      <w:pgSz w:w="11906" w:h="16838"/>
      <w:pgMar w:top="794" w:right="850" w:bottom="794" w:left="85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42C4" w14:textId="77777777" w:rsidR="00187395" w:rsidRDefault="00187395">
      <w:pPr>
        <w:spacing w:after="0" w:line="240" w:lineRule="auto"/>
      </w:pPr>
      <w:r>
        <w:separator/>
      </w:r>
    </w:p>
  </w:endnote>
  <w:endnote w:type="continuationSeparator" w:id="0">
    <w:p w14:paraId="54358353" w14:textId="77777777" w:rsidR="00187395" w:rsidRDefault="0018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0DC8" w14:textId="65589AFA" w:rsidR="007F76DA" w:rsidRPr="00997B35" w:rsidRDefault="003065F4">
    <w:pPr>
      <w:pStyle w:val="Footer"/>
      <w:jc w:val="center"/>
      <w:rPr>
        <w:sz w:val="16"/>
        <w:szCs w:val="16"/>
      </w:rPr>
    </w:pPr>
    <w:r w:rsidRPr="00997B35">
      <w:rPr>
        <w:rFonts w:eastAsia="Arial"/>
        <w:sz w:val="16"/>
        <w:szCs w:val="16"/>
      </w:rPr>
      <w:t xml:space="preserve">UNEMPLOYED BENEFICIARIES ON PROGRAMMES – STRATEGIC PROJECTS &amp; COLLABORATIVE PARTNERSHIPS FUNDING WINDOW APPLICATION FORM </w:t>
    </w:r>
    <w:r w:rsidR="0011718A">
      <w:rPr>
        <w:rFonts w:eastAsia="Arial"/>
        <w:sz w:val="16"/>
        <w:szCs w:val="16"/>
      </w:rPr>
      <w:t>PUBLISHED OCTOBER 2026</w:t>
    </w:r>
  </w:p>
  <w:p w14:paraId="3CD6686E" w14:textId="77777777" w:rsidR="007F76DA" w:rsidRPr="00997B35" w:rsidRDefault="003065F4">
    <w:pPr>
      <w:jc w:val="right"/>
      <w:rPr>
        <w:sz w:val="16"/>
        <w:szCs w:val="16"/>
      </w:rPr>
    </w:pPr>
    <w:r w:rsidRPr="00997B35">
      <w:rPr>
        <w:rFonts w:eastAsia="Arial"/>
        <w:sz w:val="16"/>
        <w:szCs w:val="16"/>
      </w:rPr>
      <w:t xml:space="preserve">Page </w:t>
    </w:r>
    <w:r w:rsidRPr="00997B35">
      <w:rPr>
        <w:rFonts w:eastAsia="Arial"/>
        <w:sz w:val="16"/>
        <w:szCs w:val="16"/>
      </w:rPr>
      <w:fldChar w:fldCharType="begin"/>
    </w:r>
    <w:r w:rsidRPr="00997B35">
      <w:rPr>
        <w:rFonts w:eastAsia="Arial"/>
        <w:sz w:val="16"/>
        <w:szCs w:val="16"/>
      </w:rPr>
      <w:instrText xml:space="preserve"> PAGE </w:instrText>
    </w:r>
    <w:r w:rsidRPr="00997B35">
      <w:rPr>
        <w:rFonts w:eastAsia="Arial"/>
        <w:sz w:val="16"/>
        <w:szCs w:val="16"/>
      </w:rPr>
      <w:fldChar w:fldCharType="separate"/>
    </w:r>
    <w:r w:rsidRPr="00997B35">
      <w:rPr>
        <w:rFonts w:eastAsia="Arial"/>
        <w:sz w:val="16"/>
        <w:szCs w:val="16"/>
      </w:rPr>
      <w:t>2</w:t>
    </w:r>
    <w:r w:rsidRPr="00997B35">
      <w:rPr>
        <w:rFonts w:eastAsia="Arial"/>
        <w:sz w:val="16"/>
        <w:szCs w:val="16"/>
      </w:rPr>
      <w:fldChar w:fldCharType="end"/>
    </w:r>
    <w:r w:rsidRPr="00997B35">
      <w:rPr>
        <w:rFonts w:eastAsia="Arial"/>
        <w:sz w:val="16"/>
        <w:szCs w:val="16"/>
      </w:rPr>
      <w:t xml:space="preserve"> of </w:t>
    </w:r>
    <w:r w:rsidRPr="00997B35">
      <w:rPr>
        <w:rFonts w:eastAsia="Arial"/>
        <w:sz w:val="16"/>
        <w:szCs w:val="16"/>
      </w:rPr>
      <w:fldChar w:fldCharType="begin"/>
    </w:r>
    <w:r w:rsidRPr="00997B35">
      <w:rPr>
        <w:rFonts w:eastAsia="Arial"/>
        <w:sz w:val="16"/>
        <w:szCs w:val="16"/>
      </w:rPr>
      <w:instrText xml:space="preserve"> NUMPAGES </w:instrText>
    </w:r>
    <w:r w:rsidRPr="00997B35">
      <w:rPr>
        <w:rFonts w:eastAsia="Arial"/>
        <w:sz w:val="16"/>
        <w:szCs w:val="16"/>
      </w:rPr>
      <w:fldChar w:fldCharType="separate"/>
    </w:r>
    <w:r w:rsidRPr="00997B35">
      <w:rPr>
        <w:rFonts w:eastAsia="Arial"/>
        <w:sz w:val="16"/>
        <w:szCs w:val="16"/>
      </w:rPr>
      <w:t>7</w:t>
    </w:r>
    <w:r w:rsidRPr="00997B35">
      <w:rPr>
        <w:rFonts w:eastAsia="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91B2" w14:textId="77777777" w:rsidR="007F76DA" w:rsidRDefault="003065F4">
    <w:pPr>
      <w:pStyle w:val="Footer"/>
      <w:jc w:val="center"/>
    </w:pPr>
    <w:r>
      <w:rPr>
        <w:sz w:val="14"/>
      </w:rPr>
      <w:t>SPECIAL PROJECTS FOR EMPLOYED BENEFICIARIES FUNDING WINDOW APPLICATION FORM 2026–2027</w:t>
    </w:r>
  </w:p>
  <w:p w14:paraId="72CC0D5D" w14:textId="77777777" w:rsidR="007F76DA" w:rsidRDefault="003065F4">
    <w:pPr>
      <w:jc w:val="right"/>
    </w:pPr>
    <w:r>
      <w:rPr>
        <w:sz w:val="14"/>
      </w:rPr>
      <w:t xml:space="preserve">Page </w:t>
    </w:r>
    <w:r>
      <w:rPr>
        <w:sz w:val="14"/>
      </w:rPr>
      <w:fldChar w:fldCharType="begin"/>
    </w:r>
    <w:r>
      <w:rPr>
        <w:sz w:val="14"/>
      </w:rPr>
      <w:instrText xml:space="preserve"> PAGE </w:instrText>
    </w:r>
    <w:r>
      <w:rPr>
        <w:sz w:val="14"/>
      </w:rPr>
      <w:fldChar w:fldCharType="separate"/>
    </w:r>
    <w:r>
      <w:rPr>
        <w:sz w:val="14"/>
      </w:rPr>
      <w:t>2</w:t>
    </w:r>
    <w:r>
      <w:rPr>
        <w:sz w:val="14"/>
      </w:rPr>
      <w:fldChar w:fldCharType="end"/>
    </w:r>
    <w:r>
      <w:rPr>
        <w:sz w:val="14"/>
      </w:rPr>
      <w:t xml:space="preserve"> of </w:t>
    </w:r>
    <w:r>
      <w:rPr>
        <w:sz w:val="14"/>
      </w:rPr>
      <w:fldChar w:fldCharType="begin"/>
    </w:r>
    <w:r>
      <w:rPr>
        <w:sz w:val="14"/>
      </w:rPr>
      <w:instrText xml:space="preserve"> NUMPAGES </w:instrText>
    </w:r>
    <w:r>
      <w:rPr>
        <w:sz w:val="14"/>
      </w:rPr>
      <w:fldChar w:fldCharType="separate"/>
    </w:r>
    <w:r>
      <w:rPr>
        <w:sz w:val="14"/>
      </w:rPr>
      <w:t>7</w:t>
    </w:r>
    <w:r>
      <w:rPr>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A898" w14:textId="77777777" w:rsidR="007F76DA" w:rsidRDefault="007F76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B97B" w14:textId="3BE12EBE" w:rsidR="007F76DA" w:rsidRDefault="003065F4">
    <w:pPr>
      <w:pStyle w:val="Footer"/>
      <w:jc w:val="center"/>
      <w:rPr>
        <w:rFonts w:eastAsia="Arial"/>
        <w:sz w:val="16"/>
        <w:szCs w:val="16"/>
      </w:rPr>
    </w:pPr>
    <w:r w:rsidRPr="00C80B81">
      <w:rPr>
        <w:rFonts w:eastAsia="Arial"/>
        <w:sz w:val="16"/>
        <w:szCs w:val="16"/>
      </w:rPr>
      <w:t xml:space="preserve">UNEMPLOYED BENEFICIARIES ON PROGRAMMES – STRATEGIC PROJECTS &amp; COLLABORATIVE PARTNERSHIPS FUNDING WINDOW APPLICATION FORM </w:t>
    </w:r>
    <w:r w:rsidR="007545E3">
      <w:rPr>
        <w:rFonts w:eastAsia="Arial"/>
        <w:sz w:val="16"/>
        <w:szCs w:val="16"/>
      </w:rPr>
      <w:t>PUBLISHED OCTOBER 2027</w:t>
    </w:r>
  </w:p>
  <w:p w14:paraId="2EC6E77A" w14:textId="77777777" w:rsidR="007545E3" w:rsidRPr="00C80B81" w:rsidRDefault="007545E3" w:rsidP="007545E3">
    <w:pPr>
      <w:pStyle w:val="Footer"/>
      <w:rPr>
        <w:sz w:val="16"/>
        <w:szCs w:val="16"/>
      </w:rPr>
    </w:pPr>
  </w:p>
  <w:p w14:paraId="78039B7E" w14:textId="77777777" w:rsidR="007F76DA" w:rsidRPr="00C80B81" w:rsidRDefault="003065F4">
    <w:pPr>
      <w:jc w:val="right"/>
      <w:rPr>
        <w:sz w:val="16"/>
        <w:szCs w:val="16"/>
      </w:rPr>
    </w:pPr>
    <w:r w:rsidRPr="00C80B81">
      <w:rPr>
        <w:rFonts w:eastAsia="Arial"/>
        <w:sz w:val="16"/>
        <w:szCs w:val="16"/>
      </w:rPr>
      <w:t xml:space="preserve">Page </w:t>
    </w:r>
    <w:r w:rsidRPr="00C80B81">
      <w:rPr>
        <w:rFonts w:eastAsia="Arial"/>
        <w:sz w:val="16"/>
        <w:szCs w:val="16"/>
      </w:rPr>
      <w:fldChar w:fldCharType="begin"/>
    </w:r>
    <w:r w:rsidRPr="00C80B81">
      <w:rPr>
        <w:rFonts w:eastAsia="Arial"/>
        <w:sz w:val="16"/>
        <w:szCs w:val="16"/>
      </w:rPr>
      <w:instrText xml:space="preserve"> PAGE </w:instrText>
    </w:r>
    <w:r w:rsidRPr="00C80B81">
      <w:rPr>
        <w:rFonts w:eastAsia="Arial"/>
        <w:sz w:val="16"/>
        <w:szCs w:val="16"/>
      </w:rPr>
      <w:fldChar w:fldCharType="separate"/>
    </w:r>
    <w:r w:rsidRPr="00C80B81">
      <w:rPr>
        <w:rFonts w:eastAsia="Arial"/>
        <w:sz w:val="16"/>
        <w:szCs w:val="16"/>
      </w:rPr>
      <w:t>3</w:t>
    </w:r>
    <w:r w:rsidRPr="00C80B81">
      <w:rPr>
        <w:rFonts w:eastAsia="Arial"/>
        <w:sz w:val="16"/>
        <w:szCs w:val="16"/>
      </w:rPr>
      <w:fldChar w:fldCharType="end"/>
    </w:r>
    <w:r w:rsidRPr="00C80B81">
      <w:rPr>
        <w:rFonts w:eastAsia="Arial"/>
        <w:sz w:val="16"/>
        <w:szCs w:val="16"/>
      </w:rPr>
      <w:t xml:space="preserve"> of </w:t>
    </w:r>
    <w:r w:rsidRPr="00C80B81">
      <w:rPr>
        <w:rFonts w:eastAsia="Arial"/>
        <w:sz w:val="16"/>
        <w:szCs w:val="16"/>
      </w:rPr>
      <w:fldChar w:fldCharType="begin"/>
    </w:r>
    <w:r w:rsidRPr="00C80B81">
      <w:rPr>
        <w:rFonts w:eastAsia="Arial"/>
        <w:sz w:val="16"/>
        <w:szCs w:val="16"/>
      </w:rPr>
      <w:instrText xml:space="preserve"> NUMPAGES </w:instrText>
    </w:r>
    <w:r w:rsidRPr="00C80B81">
      <w:rPr>
        <w:rFonts w:eastAsia="Arial"/>
        <w:sz w:val="16"/>
        <w:szCs w:val="16"/>
      </w:rPr>
      <w:fldChar w:fldCharType="separate"/>
    </w:r>
    <w:r w:rsidRPr="00C80B81">
      <w:rPr>
        <w:rFonts w:eastAsia="Arial"/>
        <w:sz w:val="16"/>
        <w:szCs w:val="16"/>
      </w:rPr>
      <w:t>7</w:t>
    </w:r>
    <w:r w:rsidRPr="00C80B81">
      <w:rPr>
        <w:rFonts w:eastAsia="Arial"/>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F0C9" w14:textId="77777777" w:rsidR="007F76DA" w:rsidRDefault="003065F4">
    <w:pPr>
      <w:pStyle w:val="Footer"/>
      <w:jc w:val="center"/>
    </w:pPr>
    <w:r>
      <w:rPr>
        <w:sz w:val="14"/>
      </w:rPr>
      <w:t>SPECIAL PROJECTS FOR EMPLOYED BENEFICIARIES FUNDING WINDOW APPLICATION FORM 2026–2027</w:t>
    </w:r>
  </w:p>
  <w:p w14:paraId="098F4436" w14:textId="77777777" w:rsidR="007F76DA" w:rsidRDefault="003065F4">
    <w:pPr>
      <w:jc w:val="right"/>
    </w:pPr>
    <w:r>
      <w:rPr>
        <w:sz w:val="14"/>
      </w:rPr>
      <w:t xml:space="preserve">Page </w:t>
    </w:r>
    <w:r>
      <w:rPr>
        <w:sz w:val="14"/>
      </w:rPr>
      <w:fldChar w:fldCharType="begin"/>
    </w:r>
    <w:r>
      <w:rPr>
        <w:sz w:val="14"/>
      </w:rPr>
      <w:instrText xml:space="preserve"> PAGE </w:instrText>
    </w:r>
    <w:r>
      <w:rPr>
        <w:sz w:val="14"/>
      </w:rPr>
      <w:fldChar w:fldCharType="separate"/>
    </w:r>
    <w:r>
      <w:rPr>
        <w:sz w:val="14"/>
      </w:rPr>
      <w:t>3</w:t>
    </w:r>
    <w:r>
      <w:rPr>
        <w:sz w:val="14"/>
      </w:rPr>
      <w:fldChar w:fldCharType="end"/>
    </w:r>
    <w:r>
      <w:rPr>
        <w:sz w:val="14"/>
      </w:rPr>
      <w:t xml:space="preserve"> of </w:t>
    </w:r>
    <w:r>
      <w:rPr>
        <w:sz w:val="14"/>
      </w:rPr>
      <w:fldChar w:fldCharType="begin"/>
    </w:r>
    <w:r>
      <w:rPr>
        <w:sz w:val="14"/>
      </w:rPr>
      <w:instrText xml:space="preserve"> NUMPAGES </w:instrText>
    </w:r>
    <w:r>
      <w:rPr>
        <w:sz w:val="14"/>
      </w:rPr>
      <w:fldChar w:fldCharType="separate"/>
    </w:r>
    <w:r>
      <w:rPr>
        <w:sz w:val="14"/>
      </w:rPr>
      <w:t>7</w:t>
    </w:r>
    <w:r>
      <w:rPr>
        <w:sz w:val="1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BE1B" w14:textId="77777777" w:rsidR="007F76DA" w:rsidRDefault="007F76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BB11" w14:textId="77777777" w:rsidR="007F76DA" w:rsidRPr="00F67253" w:rsidRDefault="003065F4">
    <w:pPr>
      <w:jc w:val="right"/>
      <w:rPr>
        <w:sz w:val="16"/>
        <w:szCs w:val="16"/>
      </w:rPr>
    </w:pPr>
    <w:r w:rsidRPr="00F67253">
      <w:rPr>
        <w:rFonts w:eastAsia="Arial"/>
        <w:sz w:val="16"/>
        <w:szCs w:val="16"/>
      </w:rPr>
      <w:t xml:space="preserve">Page </w:t>
    </w:r>
    <w:r w:rsidRPr="00F67253">
      <w:rPr>
        <w:rFonts w:eastAsia="Arial"/>
        <w:sz w:val="16"/>
        <w:szCs w:val="16"/>
      </w:rPr>
      <w:fldChar w:fldCharType="begin"/>
    </w:r>
    <w:r w:rsidRPr="00F67253">
      <w:rPr>
        <w:rFonts w:eastAsia="Arial"/>
        <w:sz w:val="16"/>
        <w:szCs w:val="16"/>
      </w:rPr>
      <w:instrText xml:space="preserve"> PAGE </w:instrText>
    </w:r>
    <w:r w:rsidRPr="00F67253">
      <w:rPr>
        <w:rFonts w:eastAsia="Arial"/>
        <w:sz w:val="16"/>
        <w:szCs w:val="16"/>
      </w:rPr>
      <w:fldChar w:fldCharType="separate"/>
    </w:r>
    <w:r w:rsidRPr="00F67253">
      <w:rPr>
        <w:rFonts w:eastAsia="Arial"/>
        <w:sz w:val="16"/>
        <w:szCs w:val="16"/>
      </w:rPr>
      <w:t>7</w:t>
    </w:r>
    <w:r w:rsidRPr="00F67253">
      <w:rPr>
        <w:rFonts w:eastAsia="Arial"/>
        <w:sz w:val="16"/>
        <w:szCs w:val="16"/>
      </w:rPr>
      <w:fldChar w:fldCharType="end"/>
    </w:r>
    <w:r w:rsidRPr="00F67253">
      <w:rPr>
        <w:rFonts w:eastAsia="Arial"/>
        <w:sz w:val="16"/>
        <w:szCs w:val="16"/>
      </w:rPr>
      <w:t xml:space="preserve"> of </w:t>
    </w:r>
    <w:r w:rsidRPr="00F67253">
      <w:rPr>
        <w:rFonts w:eastAsia="Arial"/>
        <w:sz w:val="16"/>
        <w:szCs w:val="16"/>
      </w:rPr>
      <w:fldChar w:fldCharType="begin"/>
    </w:r>
    <w:r w:rsidRPr="00F67253">
      <w:rPr>
        <w:rFonts w:eastAsia="Arial"/>
        <w:sz w:val="16"/>
        <w:szCs w:val="16"/>
      </w:rPr>
      <w:instrText xml:space="preserve"> NUMPAGES </w:instrText>
    </w:r>
    <w:r w:rsidRPr="00F67253">
      <w:rPr>
        <w:rFonts w:eastAsia="Arial"/>
        <w:sz w:val="16"/>
        <w:szCs w:val="16"/>
      </w:rPr>
      <w:fldChar w:fldCharType="separate"/>
    </w:r>
    <w:r w:rsidRPr="00F67253">
      <w:rPr>
        <w:rFonts w:eastAsia="Arial"/>
        <w:sz w:val="16"/>
        <w:szCs w:val="16"/>
      </w:rPr>
      <w:t>7</w:t>
    </w:r>
    <w:r w:rsidRPr="00F67253">
      <w:rPr>
        <w:rFonts w:eastAsia="Arial"/>
        <w:sz w:val="16"/>
        <w:szCs w:val="16"/>
      </w:rPr>
      <w:fldChar w:fldCharType="end"/>
    </w:r>
  </w:p>
  <w:p w14:paraId="5C215191" w14:textId="743370E5" w:rsidR="00F67253" w:rsidRPr="00F67253" w:rsidRDefault="00F67253" w:rsidP="00F67253">
    <w:pPr>
      <w:pStyle w:val="Footer"/>
      <w:jc w:val="center"/>
      <w:rPr>
        <w:sz w:val="16"/>
        <w:szCs w:val="16"/>
      </w:rPr>
    </w:pPr>
    <w:r w:rsidRPr="00F67253">
      <w:rPr>
        <w:rFonts w:eastAsia="Arial"/>
        <w:sz w:val="16"/>
        <w:szCs w:val="16"/>
      </w:rPr>
      <w:t xml:space="preserve">UNEMPLOYED BENEFICIARIES ON PROGRAMMES – STRATEGIC PROJECTS &amp; COLLABORATIVE PARTNERSHIPS FUNDING WINDOW APPLICATION FORM </w:t>
    </w:r>
    <w:r w:rsidR="007545E3">
      <w:rPr>
        <w:rFonts w:eastAsia="Arial"/>
        <w:sz w:val="16"/>
        <w:szCs w:val="16"/>
      </w:rPr>
      <w:t>PUBLISHED OCTOBER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8A025" w14:textId="77777777" w:rsidR="007F76DA" w:rsidRDefault="003065F4">
    <w:pPr>
      <w:pStyle w:val="Footer"/>
      <w:jc w:val="center"/>
    </w:pPr>
    <w:r>
      <w:rPr>
        <w:sz w:val="14"/>
      </w:rPr>
      <w:t>SPECIAL PROJECTS FOR EMPLOYED BENEFICIARIES FUNDING WINDOW APPLICATION FORM 2026–2027</w:t>
    </w:r>
  </w:p>
  <w:p w14:paraId="6D0453C0" w14:textId="77777777" w:rsidR="007F76DA" w:rsidRDefault="003065F4">
    <w:pPr>
      <w:jc w:val="right"/>
    </w:pPr>
    <w:r>
      <w:rPr>
        <w:sz w:val="14"/>
      </w:rPr>
      <w:t xml:space="preserve">Page </w:t>
    </w:r>
    <w:r>
      <w:rPr>
        <w:sz w:val="14"/>
      </w:rPr>
      <w:fldChar w:fldCharType="begin"/>
    </w:r>
    <w:r>
      <w:rPr>
        <w:sz w:val="14"/>
      </w:rPr>
      <w:instrText xml:space="preserve"> PAGE </w:instrText>
    </w:r>
    <w:r>
      <w:rPr>
        <w:sz w:val="14"/>
      </w:rPr>
      <w:fldChar w:fldCharType="separate"/>
    </w:r>
    <w:r>
      <w:rPr>
        <w:sz w:val="14"/>
      </w:rPr>
      <w:t>7</w:t>
    </w:r>
    <w:r>
      <w:rPr>
        <w:sz w:val="14"/>
      </w:rPr>
      <w:fldChar w:fldCharType="end"/>
    </w:r>
    <w:r>
      <w:rPr>
        <w:sz w:val="14"/>
      </w:rPr>
      <w:t xml:space="preserve"> of </w:t>
    </w:r>
    <w:r>
      <w:rPr>
        <w:sz w:val="14"/>
      </w:rPr>
      <w:fldChar w:fldCharType="begin"/>
    </w:r>
    <w:r>
      <w:rPr>
        <w:sz w:val="14"/>
      </w:rPr>
      <w:instrText xml:space="preserve"> NUMPAGES </w:instrText>
    </w:r>
    <w:r>
      <w:rPr>
        <w:sz w:val="14"/>
      </w:rPr>
      <w:fldChar w:fldCharType="separate"/>
    </w:r>
    <w:r>
      <w:rPr>
        <w:sz w:val="14"/>
      </w:rPr>
      <w:t>7</w: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C96CC" w14:textId="77777777" w:rsidR="00187395" w:rsidRDefault="00187395">
      <w:pPr>
        <w:spacing w:after="0" w:line="240" w:lineRule="auto"/>
      </w:pPr>
      <w:r>
        <w:separator/>
      </w:r>
    </w:p>
  </w:footnote>
  <w:footnote w:type="continuationSeparator" w:id="0">
    <w:p w14:paraId="17822CB4" w14:textId="77777777" w:rsidR="00187395" w:rsidRDefault="00187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D818" w14:textId="77777777" w:rsidR="007F76DA" w:rsidRDefault="007F76D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41C1" w14:textId="77777777" w:rsidR="007F76DA" w:rsidRDefault="003065F4">
    <w:pPr>
      <w:pStyle w:val="Header"/>
      <w:jc w:val="center"/>
    </w:pPr>
    <w:r>
      <w:rPr>
        <w:color w:val="555555"/>
        <w:sz w:val="14"/>
      </w:rPr>
      <w:t>SPECIAL PROJECTS FOR EMPLOYED BENEFICIARIES FUNDING WINDOW APPLICATION FORM 2026–2027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AFE2" w14:textId="77777777" w:rsidR="007F76DA" w:rsidRDefault="007F76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7517" w14:textId="77777777" w:rsidR="007F76DA" w:rsidRDefault="007F76DA">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05D4C" w14:textId="77777777" w:rsidR="007F76DA" w:rsidRDefault="003065F4">
    <w:pPr>
      <w:pStyle w:val="Header"/>
      <w:jc w:val="center"/>
    </w:pPr>
    <w:r>
      <w:rPr>
        <w:color w:val="555555"/>
        <w:sz w:val="14"/>
      </w:rPr>
      <w:t>SPECIAL PROJECTS FOR EMPLOYED BENEFICIARIES FUNDING WINDOW APPLICATION FORM 2026–2027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07B4" w14:textId="77777777" w:rsidR="007F76DA" w:rsidRDefault="007F76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3FFE" w14:textId="77777777" w:rsidR="007F76DA" w:rsidRDefault="007F76DA">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3A0A" w14:textId="77777777" w:rsidR="007F76DA" w:rsidRDefault="003065F4">
    <w:pPr>
      <w:pStyle w:val="Header"/>
      <w:jc w:val="center"/>
    </w:pPr>
    <w:r>
      <w:rPr>
        <w:color w:val="555555"/>
        <w:sz w:val="14"/>
      </w:rPr>
      <w:t>SPECIAL PROJECTS FOR EMPLOYED BENEFICIARIES FUNDING WINDOW APPLICATION FORM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403E9"/>
    <w:multiLevelType w:val="multilevel"/>
    <w:tmpl w:val="5290B0B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652816"/>
    <w:multiLevelType w:val="hybridMultilevel"/>
    <w:tmpl w:val="D5943F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8C60CFD"/>
    <w:multiLevelType w:val="multilevel"/>
    <w:tmpl w:val="03D418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B206873"/>
    <w:multiLevelType w:val="hybridMultilevel"/>
    <w:tmpl w:val="40AEE758"/>
    <w:lvl w:ilvl="0" w:tplc="1C090001">
      <w:start w:val="1"/>
      <w:numFmt w:val="bullet"/>
      <w:lvlText w:val=""/>
      <w:lvlJc w:val="left"/>
      <w:pPr>
        <w:ind w:left="2176" w:hanging="360"/>
      </w:pPr>
      <w:rPr>
        <w:rFonts w:ascii="Symbol" w:hAnsi="Symbol" w:hint="default"/>
      </w:rPr>
    </w:lvl>
    <w:lvl w:ilvl="1" w:tplc="1C090003" w:tentative="1">
      <w:start w:val="1"/>
      <w:numFmt w:val="bullet"/>
      <w:lvlText w:val="o"/>
      <w:lvlJc w:val="left"/>
      <w:pPr>
        <w:ind w:left="2896" w:hanging="360"/>
      </w:pPr>
      <w:rPr>
        <w:rFonts w:ascii="Courier New" w:hAnsi="Courier New" w:cs="Courier New" w:hint="default"/>
      </w:rPr>
    </w:lvl>
    <w:lvl w:ilvl="2" w:tplc="1C090005" w:tentative="1">
      <w:start w:val="1"/>
      <w:numFmt w:val="bullet"/>
      <w:lvlText w:val=""/>
      <w:lvlJc w:val="left"/>
      <w:pPr>
        <w:ind w:left="3616" w:hanging="360"/>
      </w:pPr>
      <w:rPr>
        <w:rFonts w:ascii="Wingdings" w:hAnsi="Wingdings" w:hint="default"/>
      </w:rPr>
    </w:lvl>
    <w:lvl w:ilvl="3" w:tplc="1C090001" w:tentative="1">
      <w:start w:val="1"/>
      <w:numFmt w:val="bullet"/>
      <w:lvlText w:val=""/>
      <w:lvlJc w:val="left"/>
      <w:pPr>
        <w:ind w:left="4336" w:hanging="360"/>
      </w:pPr>
      <w:rPr>
        <w:rFonts w:ascii="Symbol" w:hAnsi="Symbol" w:hint="default"/>
      </w:rPr>
    </w:lvl>
    <w:lvl w:ilvl="4" w:tplc="1C090003" w:tentative="1">
      <w:start w:val="1"/>
      <w:numFmt w:val="bullet"/>
      <w:lvlText w:val="o"/>
      <w:lvlJc w:val="left"/>
      <w:pPr>
        <w:ind w:left="5056" w:hanging="360"/>
      </w:pPr>
      <w:rPr>
        <w:rFonts w:ascii="Courier New" w:hAnsi="Courier New" w:cs="Courier New" w:hint="default"/>
      </w:rPr>
    </w:lvl>
    <w:lvl w:ilvl="5" w:tplc="1C090005" w:tentative="1">
      <w:start w:val="1"/>
      <w:numFmt w:val="bullet"/>
      <w:lvlText w:val=""/>
      <w:lvlJc w:val="left"/>
      <w:pPr>
        <w:ind w:left="5776" w:hanging="360"/>
      </w:pPr>
      <w:rPr>
        <w:rFonts w:ascii="Wingdings" w:hAnsi="Wingdings" w:hint="default"/>
      </w:rPr>
    </w:lvl>
    <w:lvl w:ilvl="6" w:tplc="1C090001" w:tentative="1">
      <w:start w:val="1"/>
      <w:numFmt w:val="bullet"/>
      <w:lvlText w:val=""/>
      <w:lvlJc w:val="left"/>
      <w:pPr>
        <w:ind w:left="6496" w:hanging="360"/>
      </w:pPr>
      <w:rPr>
        <w:rFonts w:ascii="Symbol" w:hAnsi="Symbol" w:hint="default"/>
      </w:rPr>
    </w:lvl>
    <w:lvl w:ilvl="7" w:tplc="1C090003" w:tentative="1">
      <w:start w:val="1"/>
      <w:numFmt w:val="bullet"/>
      <w:lvlText w:val="o"/>
      <w:lvlJc w:val="left"/>
      <w:pPr>
        <w:ind w:left="7216" w:hanging="360"/>
      </w:pPr>
      <w:rPr>
        <w:rFonts w:ascii="Courier New" w:hAnsi="Courier New" w:cs="Courier New" w:hint="default"/>
      </w:rPr>
    </w:lvl>
    <w:lvl w:ilvl="8" w:tplc="1C090005" w:tentative="1">
      <w:start w:val="1"/>
      <w:numFmt w:val="bullet"/>
      <w:lvlText w:val=""/>
      <w:lvlJc w:val="left"/>
      <w:pPr>
        <w:ind w:left="7936" w:hanging="360"/>
      </w:pPr>
      <w:rPr>
        <w:rFonts w:ascii="Wingdings" w:hAnsi="Wingdings" w:hint="default"/>
      </w:rPr>
    </w:lvl>
  </w:abstractNum>
  <w:abstractNum w:abstractNumId="4" w15:restartNumberingAfterBreak="0">
    <w:nsid w:val="3BCE0F0D"/>
    <w:multiLevelType w:val="multilevel"/>
    <w:tmpl w:val="2EBC2B5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DBA5058"/>
    <w:multiLevelType w:val="hybridMultilevel"/>
    <w:tmpl w:val="0D1656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C7B45B7"/>
    <w:multiLevelType w:val="multilevel"/>
    <w:tmpl w:val="931E5A04"/>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5001E4B"/>
    <w:multiLevelType w:val="multilevel"/>
    <w:tmpl w:val="9A8098F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B297390"/>
    <w:multiLevelType w:val="hybridMultilevel"/>
    <w:tmpl w:val="75E202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8B3770B"/>
    <w:multiLevelType w:val="hybridMultilevel"/>
    <w:tmpl w:val="49C0A7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9942C3B"/>
    <w:multiLevelType w:val="multilevel"/>
    <w:tmpl w:val="0D8C0BDC"/>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FB959EC"/>
    <w:multiLevelType w:val="hybridMultilevel"/>
    <w:tmpl w:val="05C0D1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7C3124FE"/>
    <w:multiLevelType w:val="multilevel"/>
    <w:tmpl w:val="D11E1FC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34437626">
    <w:abstractNumId w:val="4"/>
  </w:num>
  <w:num w:numId="2" w16cid:durableId="1729498878">
    <w:abstractNumId w:val="10"/>
  </w:num>
  <w:num w:numId="3" w16cid:durableId="2014918364">
    <w:abstractNumId w:val="7"/>
  </w:num>
  <w:num w:numId="4" w16cid:durableId="437064629">
    <w:abstractNumId w:val="0"/>
  </w:num>
  <w:num w:numId="5" w16cid:durableId="1844124668">
    <w:abstractNumId w:val="12"/>
  </w:num>
  <w:num w:numId="6" w16cid:durableId="1501850595">
    <w:abstractNumId w:val="6"/>
  </w:num>
  <w:num w:numId="7" w16cid:durableId="1688483049">
    <w:abstractNumId w:val="2"/>
  </w:num>
  <w:num w:numId="8" w16cid:durableId="1169977035">
    <w:abstractNumId w:val="3"/>
  </w:num>
  <w:num w:numId="9" w16cid:durableId="957562465">
    <w:abstractNumId w:val="8"/>
  </w:num>
  <w:num w:numId="10" w16cid:durableId="606693087">
    <w:abstractNumId w:val="5"/>
  </w:num>
  <w:num w:numId="11" w16cid:durableId="746224137">
    <w:abstractNumId w:val="11"/>
  </w:num>
  <w:num w:numId="12" w16cid:durableId="2130127497">
    <w:abstractNumId w:val="1"/>
  </w:num>
  <w:num w:numId="13" w16cid:durableId="14436508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6DA"/>
    <w:rsid w:val="00053984"/>
    <w:rsid w:val="0007187B"/>
    <w:rsid w:val="000A316A"/>
    <w:rsid w:val="000B0137"/>
    <w:rsid w:val="000B0652"/>
    <w:rsid w:val="000C44E1"/>
    <w:rsid w:val="000D1B7A"/>
    <w:rsid w:val="000D7D1B"/>
    <w:rsid w:val="000E09FC"/>
    <w:rsid w:val="000F16E4"/>
    <w:rsid w:val="00112F8B"/>
    <w:rsid w:val="001167E7"/>
    <w:rsid w:val="0011718A"/>
    <w:rsid w:val="0012279F"/>
    <w:rsid w:val="001316A5"/>
    <w:rsid w:val="00137EBA"/>
    <w:rsid w:val="00160118"/>
    <w:rsid w:val="00181B40"/>
    <w:rsid w:val="0018262D"/>
    <w:rsid w:val="001846B2"/>
    <w:rsid w:val="00187395"/>
    <w:rsid w:val="00191032"/>
    <w:rsid w:val="00197B26"/>
    <w:rsid w:val="001F6468"/>
    <w:rsid w:val="002073B6"/>
    <w:rsid w:val="00211488"/>
    <w:rsid w:val="002146F9"/>
    <w:rsid w:val="002205ED"/>
    <w:rsid w:val="00265B9B"/>
    <w:rsid w:val="00267C49"/>
    <w:rsid w:val="002D410F"/>
    <w:rsid w:val="002D639E"/>
    <w:rsid w:val="002E004A"/>
    <w:rsid w:val="002F1FF3"/>
    <w:rsid w:val="003065F4"/>
    <w:rsid w:val="00316D51"/>
    <w:rsid w:val="003A0592"/>
    <w:rsid w:val="004036EE"/>
    <w:rsid w:val="00415482"/>
    <w:rsid w:val="00423FF5"/>
    <w:rsid w:val="00437BE3"/>
    <w:rsid w:val="00455DC8"/>
    <w:rsid w:val="004672DA"/>
    <w:rsid w:val="0048122F"/>
    <w:rsid w:val="00496C4E"/>
    <w:rsid w:val="004C4406"/>
    <w:rsid w:val="004E5CED"/>
    <w:rsid w:val="005076E3"/>
    <w:rsid w:val="0051158C"/>
    <w:rsid w:val="00515B47"/>
    <w:rsid w:val="005168F5"/>
    <w:rsid w:val="005240D9"/>
    <w:rsid w:val="00534357"/>
    <w:rsid w:val="005715CB"/>
    <w:rsid w:val="005878D3"/>
    <w:rsid w:val="005C3648"/>
    <w:rsid w:val="00616BFF"/>
    <w:rsid w:val="00617C96"/>
    <w:rsid w:val="0063241C"/>
    <w:rsid w:val="00684532"/>
    <w:rsid w:val="00684C0E"/>
    <w:rsid w:val="00685CE7"/>
    <w:rsid w:val="00693A46"/>
    <w:rsid w:val="006E6A86"/>
    <w:rsid w:val="007355F2"/>
    <w:rsid w:val="007479A1"/>
    <w:rsid w:val="007545E3"/>
    <w:rsid w:val="007C7F0F"/>
    <w:rsid w:val="007D421B"/>
    <w:rsid w:val="007F76DA"/>
    <w:rsid w:val="00824099"/>
    <w:rsid w:val="00825E61"/>
    <w:rsid w:val="00841948"/>
    <w:rsid w:val="008B03A4"/>
    <w:rsid w:val="00911D71"/>
    <w:rsid w:val="00924965"/>
    <w:rsid w:val="00960DDF"/>
    <w:rsid w:val="009930CB"/>
    <w:rsid w:val="00997B35"/>
    <w:rsid w:val="009C6DF3"/>
    <w:rsid w:val="009F521B"/>
    <w:rsid w:val="00A03A57"/>
    <w:rsid w:val="00A1078B"/>
    <w:rsid w:val="00A14770"/>
    <w:rsid w:val="00A3429B"/>
    <w:rsid w:val="00A604A9"/>
    <w:rsid w:val="00A755E0"/>
    <w:rsid w:val="00A86F66"/>
    <w:rsid w:val="00AA61F4"/>
    <w:rsid w:val="00AC3FC5"/>
    <w:rsid w:val="00AF28D5"/>
    <w:rsid w:val="00B22E55"/>
    <w:rsid w:val="00B2676A"/>
    <w:rsid w:val="00B304D6"/>
    <w:rsid w:val="00B503D7"/>
    <w:rsid w:val="00B604F0"/>
    <w:rsid w:val="00B80360"/>
    <w:rsid w:val="00BB1B0E"/>
    <w:rsid w:val="00BC480C"/>
    <w:rsid w:val="00BD0B5A"/>
    <w:rsid w:val="00BF51F9"/>
    <w:rsid w:val="00C02DF0"/>
    <w:rsid w:val="00C41E47"/>
    <w:rsid w:val="00C43B7A"/>
    <w:rsid w:val="00C45369"/>
    <w:rsid w:val="00C52B60"/>
    <w:rsid w:val="00C56AB1"/>
    <w:rsid w:val="00C71452"/>
    <w:rsid w:val="00C80B81"/>
    <w:rsid w:val="00CB04E0"/>
    <w:rsid w:val="00CF506B"/>
    <w:rsid w:val="00CF596B"/>
    <w:rsid w:val="00D23184"/>
    <w:rsid w:val="00D23342"/>
    <w:rsid w:val="00D306CF"/>
    <w:rsid w:val="00D56AA7"/>
    <w:rsid w:val="00D85274"/>
    <w:rsid w:val="00DB56A7"/>
    <w:rsid w:val="00DF40EE"/>
    <w:rsid w:val="00E037C0"/>
    <w:rsid w:val="00E10279"/>
    <w:rsid w:val="00E351DE"/>
    <w:rsid w:val="00E412E0"/>
    <w:rsid w:val="00E76ECE"/>
    <w:rsid w:val="00E9333F"/>
    <w:rsid w:val="00EA2355"/>
    <w:rsid w:val="00ED75DE"/>
    <w:rsid w:val="00ED7D38"/>
    <w:rsid w:val="00EE6152"/>
    <w:rsid w:val="00F12EBC"/>
    <w:rsid w:val="00F2480B"/>
    <w:rsid w:val="00F274AC"/>
    <w:rsid w:val="00F575FD"/>
    <w:rsid w:val="00F643F3"/>
    <w:rsid w:val="00F67253"/>
    <w:rsid w:val="00F94695"/>
    <w:rsid w:val="00FF013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3D8C"/>
  <w15:docId w15:val="{CA91E32A-0C2E-463E-8DC4-9D3399B5B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76" w:lineRule="auto"/>
    </w:pPr>
    <w:rPr>
      <w:rFonts w:ascii="Arial" w:hAnsi="Arial"/>
      <w:noProof/>
      <w:sz w:val="17"/>
      <w:lang w:val="en-Z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1"/>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basedOn w:val="DefaultParagraphFont"/>
    <w:link w:val="ListParagraph"/>
    <w:uiPriority w:val="34"/>
    <w:qFormat/>
    <w:rsid w:val="00B22E55"/>
    <w:rPr>
      <w:rFonts w:ascii="Arial" w:hAnsi="Arial"/>
      <w:sz w:val="17"/>
    </w:rPr>
  </w:style>
  <w:style w:type="table" w:customStyle="1" w:styleId="TableGrid1">
    <w:name w:val="Table Grid1"/>
    <w:basedOn w:val="TableNormal"/>
    <w:uiPriority w:val="59"/>
    <w:rsid w:val="001316A5"/>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6da679-fa39-4d43-9b7e-3b572aad2e64">
      <Terms xmlns="http://schemas.microsoft.com/office/infopath/2007/PartnerControls"/>
    </lcf76f155ced4ddcb4097134ff3c332f>
    <TaxCatchAll xmlns="3894f3c0-50a5-4e73-b4ef-c81840c44f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95476BCD46F944AEEDDA462D269E5D" ma:contentTypeVersion="12" ma:contentTypeDescription="Create a new document." ma:contentTypeScope="" ma:versionID="f6a3dbffb2096ca0723dcd263e9f7bb9">
  <xsd:schema xmlns:xsd="http://www.w3.org/2001/XMLSchema" xmlns:xs="http://www.w3.org/2001/XMLSchema" xmlns:p="http://schemas.microsoft.com/office/2006/metadata/properties" xmlns:ns2="d16da679-fa39-4d43-9b7e-3b572aad2e64" xmlns:ns3="3894f3c0-50a5-4e73-b4ef-c81840c44fe3" targetNamespace="http://schemas.microsoft.com/office/2006/metadata/properties" ma:root="true" ma:fieldsID="41cc84997edfe482988e14913f710f29" ns2:_="" ns3:_="">
    <xsd:import namespace="d16da679-fa39-4d43-9b7e-3b572aad2e64"/>
    <xsd:import namespace="3894f3c0-50a5-4e73-b4ef-c81840c44f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da679-fa39-4d43-9b7e-3b572aad2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21707c1-ca12-4848-b61a-3e9cbc92af2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94f3c0-50a5-4e73-b4ef-c81840c44f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9ed2aa-cb06-47e3-b061-e2ec2ed95606}" ma:internalName="TaxCatchAll" ma:showField="CatchAllData" ma:web="3894f3c0-50a5-4e73-b4ef-c81840c44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9E478-77D7-473C-AF0B-E6011435757F}">
  <ds:schemaRefs>
    <ds:schemaRef ds:uri="http://schemas.microsoft.com/office/2006/metadata/properties"/>
    <ds:schemaRef ds:uri="http://schemas.microsoft.com/office/infopath/2007/PartnerControls"/>
    <ds:schemaRef ds:uri="d16da679-fa39-4d43-9b7e-3b572aad2e64"/>
    <ds:schemaRef ds:uri="3894f3c0-50a5-4e73-b4ef-c81840c44fe3"/>
  </ds:schemaRefs>
</ds:datastoreItem>
</file>

<file path=customXml/itemProps2.xml><?xml version="1.0" encoding="utf-8"?>
<ds:datastoreItem xmlns:ds="http://schemas.openxmlformats.org/officeDocument/2006/customXml" ds:itemID="{6E400697-EB4A-4517-984D-C2F438AEA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da679-fa39-4d43-9b7e-3b572aad2e64"/>
    <ds:schemaRef ds:uri="3894f3c0-50a5-4e73-b4ef-c81840c44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DD471-9003-4FA2-AF31-8F16EF533C85}">
  <ds:schemaRefs>
    <ds:schemaRef ds:uri="http://schemas.openxmlformats.org/officeDocument/2006/bibliography"/>
  </ds:schemaRefs>
</ds:datastoreItem>
</file>

<file path=customXml/itemProps4.xml><?xml version="1.0" encoding="utf-8"?>
<ds:datastoreItem xmlns:ds="http://schemas.openxmlformats.org/officeDocument/2006/customXml" ds:itemID="{615D555C-C861-4481-B634-3AB83EFA0A28}">
  <ds:schemaRefs>
    <ds:schemaRef ds:uri="http://schemas.microsoft.com/sharepoint/v3/contenttype/forms"/>
  </ds:schemaRefs>
</ds:datastoreItem>
</file>

<file path=docMetadata/LabelInfo.xml><?xml version="1.0" encoding="utf-8"?>
<clbl:labelList xmlns:clbl="http://schemas.microsoft.com/office/2020/mipLabelMetadata">
  <clbl:label id="{b23e616c-123f-4dbd-b946-f59a6d2734a3}" enabled="0" method="" siteId="{b23e616c-123f-4dbd-b946-f59a6d2734a3}" removed="1"/>
</clbl:labelList>
</file>

<file path=docProps/app.xml><?xml version="1.0" encoding="utf-8"?>
<Properties xmlns="http://schemas.openxmlformats.org/officeDocument/2006/extended-properties" xmlns:vt="http://schemas.openxmlformats.org/officeDocument/2006/docPropsVTypes">
  <Template>Normal</Template>
  <TotalTime>5768</TotalTime>
  <Pages>6</Pages>
  <Words>1547</Words>
  <Characters>8822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BANKSETA DG Funding Window Application Form 3.30 – Unemployed Strategic Projects &amp; Collaborative Partnerships</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BANKSETA DG Funding Window Application Form 3.30 – Unemployed Strategic Projects &amp; Collaborative Partnerships</dc:title>
  <dc:subject/>
  <dc:creator>python-docx</dc:creator>
  <dc:description>generated by python-docx</dc:description>
  <cp:lastModifiedBy>Laetitia Cassidy</cp:lastModifiedBy>
  <cp:revision>27</cp:revision>
  <dcterms:created xsi:type="dcterms:W3CDTF">2026-09-23T05:49:00Z</dcterms:created>
  <dcterms:modified xsi:type="dcterms:W3CDTF">2026-10-12T06:10:00Z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0x010100DF95476BCD46F944AEEDDA462D269E5D</vt:lpwstr>
  </property>
  <property fmtid="{D5CDD505-2E9C-101B-9397-08002B2CF9AE}" pid="3" name="MediaServiceImageTags">
    <vt:lpwstr/>
  </property>
</Properties>
</file>